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8D1CA" w14:textId="77777777" w:rsidR="00ED5B25" w:rsidRDefault="00962D94" w:rsidP="00134ED4">
      <w:pPr>
        <w:spacing w:before="240" w:after="0"/>
        <w:jc w:val="center"/>
        <w:rPr>
          <w:b/>
          <w:sz w:val="28"/>
        </w:rPr>
      </w:pPr>
      <w:r>
        <w:rPr>
          <w:b/>
          <w:sz w:val="28"/>
        </w:rPr>
        <w:t>REQUERIMENTO DE HABILITAÇÃO DE CASAMENTO</w:t>
      </w:r>
    </w:p>
    <w:p w14:paraId="2FEF56C1" w14:textId="77777777" w:rsidR="00134ED4" w:rsidRDefault="00134ED4" w:rsidP="00134ED4">
      <w:pPr>
        <w:spacing w:after="40"/>
      </w:pPr>
    </w:p>
    <w:p w14:paraId="7780F256" w14:textId="77777777" w:rsidR="00ED04E8" w:rsidRPr="00ED04E8" w:rsidRDefault="00ED04E8" w:rsidP="00134ED4">
      <w:pPr>
        <w:spacing w:after="40"/>
        <w:rPr>
          <w:sz w:val="20"/>
          <w:szCs w:val="24"/>
        </w:rPr>
      </w:pPr>
    </w:p>
    <w:p w14:paraId="3A791D86" w14:textId="7309B4A2" w:rsidR="00ED5B25" w:rsidRPr="00ED04E8" w:rsidRDefault="00962D94" w:rsidP="00446B62">
      <w:pPr>
        <w:spacing w:after="0"/>
        <w:jc w:val="both"/>
        <w:rPr>
          <w:sz w:val="20"/>
          <w:szCs w:val="20"/>
        </w:rPr>
      </w:pPr>
      <w:r w:rsidRPr="00ED04E8">
        <w:rPr>
          <w:sz w:val="20"/>
          <w:szCs w:val="20"/>
        </w:rPr>
        <w:t xml:space="preserve">Ilmo. Sr. Oficial do Registro Civil das Pessoas Naturais do Distrito de </w:t>
      </w:r>
      <w:proofErr w:type="spellStart"/>
      <w:r w:rsidRPr="00ED04E8">
        <w:rPr>
          <w:sz w:val="20"/>
          <w:szCs w:val="20"/>
        </w:rPr>
        <w:t>Saué</w:t>
      </w:r>
      <w:proofErr w:type="spellEnd"/>
      <w:r w:rsidRPr="00ED04E8">
        <w:rPr>
          <w:sz w:val="20"/>
          <w:szCs w:val="20"/>
        </w:rPr>
        <w:t xml:space="preserve"> – Tamandaré/PE</w:t>
      </w:r>
      <w:r w:rsidR="00446B62" w:rsidRPr="00ED04E8">
        <w:rPr>
          <w:sz w:val="20"/>
          <w:szCs w:val="20"/>
        </w:rPr>
        <w:t xml:space="preserve">, </w:t>
      </w:r>
      <w:proofErr w:type="spellStart"/>
      <w:r w:rsidR="00446B62" w:rsidRPr="00ED04E8">
        <w:rPr>
          <w:sz w:val="20"/>
          <w:szCs w:val="20"/>
        </w:rPr>
        <w:t>o</w:t>
      </w:r>
      <w:r w:rsidRPr="00ED04E8">
        <w:rPr>
          <w:sz w:val="20"/>
          <w:szCs w:val="20"/>
        </w:rPr>
        <w:t>s</w:t>
      </w:r>
      <w:proofErr w:type="spellEnd"/>
      <w:r w:rsidRPr="00ED04E8">
        <w:rPr>
          <w:sz w:val="20"/>
          <w:szCs w:val="20"/>
        </w:rPr>
        <w:t xml:space="preserve"> </w:t>
      </w:r>
      <w:proofErr w:type="spellStart"/>
      <w:r w:rsidRPr="00ED04E8">
        <w:rPr>
          <w:sz w:val="20"/>
          <w:szCs w:val="20"/>
        </w:rPr>
        <w:t>abaixo</w:t>
      </w:r>
      <w:proofErr w:type="spellEnd"/>
      <w:r w:rsidRPr="00ED04E8">
        <w:rPr>
          <w:sz w:val="20"/>
          <w:szCs w:val="20"/>
        </w:rPr>
        <w:t xml:space="preserve"> </w:t>
      </w:r>
      <w:proofErr w:type="spellStart"/>
      <w:r w:rsidRPr="00ED04E8">
        <w:rPr>
          <w:sz w:val="20"/>
          <w:szCs w:val="20"/>
        </w:rPr>
        <w:t>qualificados</w:t>
      </w:r>
      <w:proofErr w:type="spellEnd"/>
      <w:r w:rsidRPr="00ED04E8">
        <w:rPr>
          <w:sz w:val="20"/>
          <w:szCs w:val="20"/>
        </w:rPr>
        <w:t xml:space="preserve">, </w:t>
      </w:r>
      <w:proofErr w:type="spellStart"/>
      <w:r w:rsidRPr="00ED04E8">
        <w:rPr>
          <w:sz w:val="20"/>
          <w:szCs w:val="20"/>
        </w:rPr>
        <w:t>querendo</w:t>
      </w:r>
      <w:proofErr w:type="spellEnd"/>
      <w:r w:rsidRPr="00ED04E8">
        <w:rPr>
          <w:sz w:val="20"/>
          <w:szCs w:val="20"/>
        </w:rPr>
        <w:t xml:space="preserve"> </w:t>
      </w:r>
      <w:proofErr w:type="spellStart"/>
      <w:r w:rsidRPr="00ED04E8">
        <w:rPr>
          <w:sz w:val="20"/>
          <w:szCs w:val="20"/>
        </w:rPr>
        <w:t>casar</w:t>
      </w:r>
      <w:proofErr w:type="spellEnd"/>
      <w:r w:rsidRPr="00ED04E8">
        <w:rPr>
          <w:sz w:val="20"/>
          <w:szCs w:val="20"/>
        </w:rPr>
        <w:t xml:space="preserve"> </w:t>
      </w:r>
      <w:proofErr w:type="spellStart"/>
      <w:r w:rsidRPr="00ED04E8">
        <w:rPr>
          <w:sz w:val="20"/>
          <w:szCs w:val="20"/>
        </w:rPr>
        <w:t>civilmente</w:t>
      </w:r>
      <w:proofErr w:type="spellEnd"/>
      <w:r w:rsidRPr="00ED04E8">
        <w:rPr>
          <w:sz w:val="20"/>
          <w:szCs w:val="20"/>
        </w:rPr>
        <w:t xml:space="preserve">, apresentam os documentos necessários, exigidos pelo Código Civil, e requerem, publicados os editais e não aparecendo impedimento legal, que lhes </w:t>
      </w:r>
      <w:proofErr w:type="spellStart"/>
      <w:r w:rsidRPr="00ED04E8">
        <w:rPr>
          <w:sz w:val="20"/>
          <w:szCs w:val="20"/>
        </w:rPr>
        <w:t>seja</w:t>
      </w:r>
      <w:proofErr w:type="spellEnd"/>
      <w:r w:rsidRPr="00ED04E8">
        <w:rPr>
          <w:sz w:val="20"/>
          <w:szCs w:val="20"/>
        </w:rPr>
        <w:t xml:space="preserve"> </w:t>
      </w:r>
      <w:proofErr w:type="spellStart"/>
      <w:r w:rsidRPr="00ED04E8">
        <w:rPr>
          <w:sz w:val="20"/>
          <w:szCs w:val="20"/>
        </w:rPr>
        <w:t>concedida</w:t>
      </w:r>
      <w:proofErr w:type="spellEnd"/>
      <w:r w:rsidRPr="00ED04E8">
        <w:rPr>
          <w:sz w:val="20"/>
          <w:szCs w:val="20"/>
        </w:rPr>
        <w:t xml:space="preserve"> a </w:t>
      </w:r>
      <w:proofErr w:type="spellStart"/>
      <w:r w:rsidRPr="00ED04E8">
        <w:rPr>
          <w:sz w:val="20"/>
          <w:szCs w:val="20"/>
        </w:rPr>
        <w:t>certidão</w:t>
      </w:r>
      <w:proofErr w:type="spellEnd"/>
      <w:r w:rsidRPr="00ED04E8">
        <w:rPr>
          <w:sz w:val="20"/>
          <w:szCs w:val="20"/>
        </w:rPr>
        <w:t xml:space="preserve"> de </w:t>
      </w:r>
      <w:proofErr w:type="spellStart"/>
      <w:r w:rsidRPr="00ED04E8">
        <w:rPr>
          <w:sz w:val="20"/>
          <w:szCs w:val="20"/>
        </w:rPr>
        <w:t>habilitação</w:t>
      </w:r>
      <w:proofErr w:type="spellEnd"/>
      <w:r w:rsidRPr="00ED04E8">
        <w:rPr>
          <w:sz w:val="20"/>
          <w:szCs w:val="20"/>
        </w:rPr>
        <w:t>.</w:t>
      </w:r>
    </w:p>
    <w:p w14:paraId="5D174314" w14:textId="77777777" w:rsidR="00ED04E8" w:rsidRPr="007E23D2" w:rsidRDefault="00ED04E8" w:rsidP="00446B62">
      <w:pPr>
        <w:spacing w:after="0"/>
        <w:jc w:val="both"/>
        <w:rPr>
          <w:szCs w:val="1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561"/>
        <w:gridCol w:w="1783"/>
        <w:gridCol w:w="1777"/>
        <w:gridCol w:w="3561"/>
      </w:tblGrid>
      <w:tr w:rsidR="00ED5B25" w14:paraId="4C14E738" w14:textId="77777777" w:rsidTr="00556839">
        <w:trPr>
          <w:trHeight w:val="380"/>
        </w:trPr>
        <w:tc>
          <w:tcPr>
            <w:tcW w:w="10682" w:type="dxa"/>
            <w:gridSpan w:val="4"/>
            <w:shd w:val="clear" w:color="auto" w:fill="E7E7E7"/>
            <w:vAlign w:val="center"/>
          </w:tcPr>
          <w:p w14:paraId="536E5DE4" w14:textId="77777777" w:rsidR="00ED5B25" w:rsidRDefault="00962D94">
            <w:r>
              <w:rPr>
                <w:b/>
              </w:rPr>
              <w:t>1) DADOS DO(A) NUBENTE</w:t>
            </w:r>
          </w:p>
        </w:tc>
      </w:tr>
      <w:tr w:rsidR="00ED5B25" w14:paraId="7FDAAD14" w14:textId="77777777" w:rsidTr="00461F2E">
        <w:trPr>
          <w:trHeight w:val="400"/>
        </w:trPr>
        <w:tc>
          <w:tcPr>
            <w:tcW w:w="5344" w:type="dxa"/>
            <w:gridSpan w:val="2"/>
            <w:tcBorders>
              <w:right w:val="nil"/>
            </w:tcBorders>
            <w:vAlign w:val="center"/>
          </w:tcPr>
          <w:p w14:paraId="58F71EB1" w14:textId="77777777" w:rsidR="00ED5B25" w:rsidRDefault="00962D94">
            <w:r>
              <w:rPr>
                <w:sz w:val="16"/>
              </w:rPr>
              <w:t>NOME:</w:t>
            </w:r>
          </w:p>
        </w:tc>
        <w:tc>
          <w:tcPr>
            <w:tcW w:w="5338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1B6153DB" w14:textId="77777777" w:rsidR="00ED5B25" w:rsidRDefault="00ED5B25"/>
        </w:tc>
      </w:tr>
      <w:tr w:rsidR="00ED5B25" w14:paraId="1171029F" w14:textId="77777777" w:rsidTr="00461F2E">
        <w:trPr>
          <w:trHeight w:val="400"/>
        </w:trPr>
        <w:tc>
          <w:tcPr>
            <w:tcW w:w="5344" w:type="dxa"/>
            <w:gridSpan w:val="2"/>
            <w:tcBorders>
              <w:right w:val="nil"/>
            </w:tcBorders>
            <w:vAlign w:val="center"/>
          </w:tcPr>
          <w:p w14:paraId="032EE523" w14:textId="77777777" w:rsidR="00ED5B25" w:rsidRDefault="00962D94">
            <w:r>
              <w:rPr>
                <w:sz w:val="16"/>
              </w:rPr>
              <w:t>NOVO NOME:</w:t>
            </w:r>
          </w:p>
        </w:tc>
        <w:tc>
          <w:tcPr>
            <w:tcW w:w="5338" w:type="dxa"/>
            <w:gridSpan w:val="2"/>
            <w:tcBorders>
              <w:left w:val="nil"/>
            </w:tcBorders>
            <w:vAlign w:val="center"/>
          </w:tcPr>
          <w:p w14:paraId="39190F69" w14:textId="77777777" w:rsidR="00ED5B25" w:rsidRDefault="00ED5B25"/>
        </w:tc>
      </w:tr>
      <w:tr w:rsidR="00ED5B25" w14:paraId="56D6B451" w14:textId="77777777" w:rsidTr="00556839">
        <w:trPr>
          <w:trHeight w:val="400"/>
        </w:trPr>
        <w:tc>
          <w:tcPr>
            <w:tcW w:w="3561" w:type="dxa"/>
            <w:vAlign w:val="center"/>
          </w:tcPr>
          <w:p w14:paraId="377E3F37" w14:textId="77777777" w:rsidR="00ED5B25" w:rsidRDefault="00962D94">
            <w:r>
              <w:rPr>
                <w:sz w:val="16"/>
              </w:rPr>
              <w:t>DATA DE NASCIMENTO: ____/____/________</w:t>
            </w:r>
          </w:p>
        </w:tc>
        <w:tc>
          <w:tcPr>
            <w:tcW w:w="3560" w:type="dxa"/>
            <w:gridSpan w:val="2"/>
            <w:vAlign w:val="center"/>
          </w:tcPr>
          <w:p w14:paraId="014BF654" w14:textId="77777777" w:rsidR="00ED5B25" w:rsidRDefault="00962D94">
            <w:r>
              <w:rPr>
                <w:sz w:val="16"/>
              </w:rPr>
              <w:t>E-MAIL:</w:t>
            </w:r>
          </w:p>
        </w:tc>
        <w:tc>
          <w:tcPr>
            <w:tcW w:w="3561" w:type="dxa"/>
            <w:vAlign w:val="center"/>
          </w:tcPr>
          <w:p w14:paraId="5A35A3B8" w14:textId="77777777" w:rsidR="00ED5B25" w:rsidRDefault="00962D94">
            <w:r>
              <w:rPr>
                <w:sz w:val="16"/>
              </w:rPr>
              <w:t>CPF:</w:t>
            </w:r>
          </w:p>
        </w:tc>
      </w:tr>
      <w:tr w:rsidR="00ED5B25" w14:paraId="4EE20C82" w14:textId="77777777" w:rsidTr="00556839">
        <w:trPr>
          <w:trHeight w:val="400"/>
        </w:trPr>
        <w:tc>
          <w:tcPr>
            <w:tcW w:w="3561" w:type="dxa"/>
            <w:vAlign w:val="center"/>
          </w:tcPr>
          <w:p w14:paraId="05D07101" w14:textId="77777777" w:rsidR="00ED5B25" w:rsidRDefault="00962D94">
            <w:r>
              <w:rPr>
                <w:sz w:val="16"/>
              </w:rPr>
              <w:t>IDENTIDADE:</w:t>
            </w:r>
          </w:p>
        </w:tc>
        <w:tc>
          <w:tcPr>
            <w:tcW w:w="3560" w:type="dxa"/>
            <w:gridSpan w:val="2"/>
            <w:vAlign w:val="center"/>
          </w:tcPr>
          <w:p w14:paraId="288BE438" w14:textId="77777777" w:rsidR="00ED5B25" w:rsidRDefault="00962D94">
            <w:r>
              <w:rPr>
                <w:sz w:val="16"/>
              </w:rPr>
              <w:t>ÓRGÃO EMISSOR:</w:t>
            </w:r>
          </w:p>
        </w:tc>
        <w:tc>
          <w:tcPr>
            <w:tcW w:w="3561" w:type="dxa"/>
            <w:vAlign w:val="center"/>
          </w:tcPr>
          <w:p w14:paraId="19BEFC4E" w14:textId="77777777" w:rsidR="00ED5B25" w:rsidRDefault="00962D94">
            <w:r>
              <w:rPr>
                <w:sz w:val="16"/>
              </w:rPr>
              <w:t>DATA DE EMISSÃO: ____/____/________</w:t>
            </w:r>
          </w:p>
        </w:tc>
      </w:tr>
      <w:tr w:rsidR="00ED5B25" w14:paraId="3AE7FDD6" w14:textId="77777777" w:rsidTr="00556839">
        <w:trPr>
          <w:trHeight w:val="400"/>
        </w:trPr>
        <w:tc>
          <w:tcPr>
            <w:tcW w:w="3561" w:type="dxa"/>
            <w:vAlign w:val="center"/>
          </w:tcPr>
          <w:p w14:paraId="5106BEB4" w14:textId="77777777" w:rsidR="00ED5B25" w:rsidRDefault="00962D94">
            <w:r>
              <w:rPr>
                <w:sz w:val="16"/>
              </w:rPr>
              <w:t>NACIONALIDADE:</w:t>
            </w:r>
          </w:p>
        </w:tc>
        <w:tc>
          <w:tcPr>
            <w:tcW w:w="3560" w:type="dxa"/>
            <w:gridSpan w:val="2"/>
            <w:vAlign w:val="center"/>
          </w:tcPr>
          <w:p w14:paraId="0ACED350" w14:textId="77777777" w:rsidR="00ED5B25" w:rsidRDefault="00962D94">
            <w:r>
              <w:rPr>
                <w:sz w:val="16"/>
              </w:rPr>
              <w:t>NATURALIDADE:</w:t>
            </w:r>
          </w:p>
        </w:tc>
        <w:tc>
          <w:tcPr>
            <w:tcW w:w="3561" w:type="dxa"/>
            <w:vAlign w:val="center"/>
          </w:tcPr>
          <w:p w14:paraId="3B8D6853" w14:textId="77777777" w:rsidR="00ED5B25" w:rsidRDefault="00962D94">
            <w:r>
              <w:rPr>
                <w:sz w:val="16"/>
              </w:rPr>
              <w:t>UF DE NASCIMENTO:</w:t>
            </w:r>
          </w:p>
        </w:tc>
      </w:tr>
      <w:tr w:rsidR="00ED5B25" w14:paraId="0FEDBF05" w14:textId="77777777" w:rsidTr="00461F2E">
        <w:trPr>
          <w:trHeight w:val="400"/>
        </w:trPr>
        <w:tc>
          <w:tcPr>
            <w:tcW w:w="5344" w:type="dxa"/>
            <w:gridSpan w:val="2"/>
            <w:tcBorders>
              <w:right w:val="nil"/>
            </w:tcBorders>
            <w:vAlign w:val="center"/>
          </w:tcPr>
          <w:p w14:paraId="7101D1BB" w14:textId="77777777" w:rsidR="00ED5B25" w:rsidRDefault="00962D94">
            <w:r>
              <w:rPr>
                <w:sz w:val="16"/>
              </w:rPr>
              <w:t>RESIDÊNCIA:</w:t>
            </w:r>
          </w:p>
        </w:tc>
        <w:tc>
          <w:tcPr>
            <w:tcW w:w="5338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6DD7EEB6" w14:textId="77777777" w:rsidR="00ED5B25" w:rsidRDefault="00ED5B25"/>
        </w:tc>
      </w:tr>
      <w:tr w:rsidR="00ED5B25" w14:paraId="1D5AA535" w14:textId="77777777" w:rsidTr="00461F2E">
        <w:trPr>
          <w:trHeight w:val="400"/>
        </w:trPr>
        <w:tc>
          <w:tcPr>
            <w:tcW w:w="3561" w:type="dxa"/>
            <w:tcBorders>
              <w:top w:val="single" w:sz="4" w:space="0" w:color="auto"/>
            </w:tcBorders>
            <w:vAlign w:val="center"/>
          </w:tcPr>
          <w:p w14:paraId="2EC5E2E2" w14:textId="77777777" w:rsidR="00ED5B25" w:rsidRDefault="00962D94">
            <w:r>
              <w:rPr>
                <w:sz w:val="16"/>
              </w:rPr>
              <w:t>BAIRRO:</w:t>
            </w:r>
          </w:p>
        </w:tc>
        <w:tc>
          <w:tcPr>
            <w:tcW w:w="3560" w:type="dxa"/>
            <w:gridSpan w:val="2"/>
            <w:tcBorders>
              <w:top w:val="single" w:sz="4" w:space="0" w:color="auto"/>
            </w:tcBorders>
            <w:vAlign w:val="center"/>
          </w:tcPr>
          <w:p w14:paraId="789DB730" w14:textId="77777777" w:rsidR="00ED5B25" w:rsidRDefault="00962D94">
            <w:r>
              <w:rPr>
                <w:sz w:val="16"/>
              </w:rPr>
              <w:t>MUNICÍPIO:</w:t>
            </w:r>
          </w:p>
        </w:tc>
        <w:tc>
          <w:tcPr>
            <w:tcW w:w="3561" w:type="dxa"/>
            <w:tcBorders>
              <w:top w:val="single" w:sz="4" w:space="0" w:color="auto"/>
            </w:tcBorders>
            <w:vAlign w:val="center"/>
          </w:tcPr>
          <w:p w14:paraId="5589AA64" w14:textId="77777777" w:rsidR="00ED5B25" w:rsidRDefault="00962D94">
            <w:r>
              <w:rPr>
                <w:sz w:val="16"/>
              </w:rPr>
              <w:t>UF:</w:t>
            </w:r>
          </w:p>
        </w:tc>
      </w:tr>
      <w:tr w:rsidR="00ED5B25" w14:paraId="2EB63903" w14:textId="77777777" w:rsidTr="00556839">
        <w:trPr>
          <w:trHeight w:val="400"/>
        </w:trPr>
        <w:tc>
          <w:tcPr>
            <w:tcW w:w="3561" w:type="dxa"/>
            <w:vAlign w:val="center"/>
          </w:tcPr>
          <w:p w14:paraId="3980A4CA" w14:textId="77777777" w:rsidR="00ED5B25" w:rsidRDefault="00962D94">
            <w:r>
              <w:rPr>
                <w:sz w:val="16"/>
              </w:rPr>
              <w:t>TELEFONE:</w:t>
            </w:r>
          </w:p>
        </w:tc>
        <w:tc>
          <w:tcPr>
            <w:tcW w:w="3560" w:type="dxa"/>
            <w:gridSpan w:val="2"/>
            <w:vAlign w:val="center"/>
          </w:tcPr>
          <w:p w14:paraId="173EBE9D" w14:textId="77777777" w:rsidR="00ED5B25" w:rsidRDefault="00962D94">
            <w:r>
              <w:rPr>
                <w:sz w:val="16"/>
              </w:rPr>
              <w:t>CELULAR:</w:t>
            </w:r>
          </w:p>
        </w:tc>
        <w:tc>
          <w:tcPr>
            <w:tcW w:w="3561" w:type="dxa"/>
            <w:vAlign w:val="center"/>
          </w:tcPr>
          <w:p w14:paraId="5D234FB8" w14:textId="77777777" w:rsidR="00ED5B25" w:rsidRDefault="00962D94">
            <w:r>
              <w:rPr>
                <w:sz w:val="16"/>
              </w:rPr>
              <w:t>PROFISSÃO:</w:t>
            </w:r>
          </w:p>
        </w:tc>
      </w:tr>
      <w:tr w:rsidR="00ED5B25" w14:paraId="347B768E" w14:textId="77777777" w:rsidTr="00556839">
        <w:trPr>
          <w:trHeight w:val="400"/>
        </w:trPr>
        <w:tc>
          <w:tcPr>
            <w:tcW w:w="5344" w:type="dxa"/>
            <w:gridSpan w:val="2"/>
            <w:vAlign w:val="center"/>
          </w:tcPr>
          <w:p w14:paraId="1FB5E289" w14:textId="77777777" w:rsidR="00ED5B25" w:rsidRDefault="00962D94">
            <w:r>
              <w:rPr>
                <w:sz w:val="16"/>
              </w:rPr>
              <w:t>ESTADO CIVIL:</w:t>
            </w:r>
          </w:p>
        </w:tc>
        <w:tc>
          <w:tcPr>
            <w:tcW w:w="5338" w:type="dxa"/>
            <w:gridSpan w:val="2"/>
            <w:vAlign w:val="center"/>
          </w:tcPr>
          <w:p w14:paraId="1FC06F53" w14:textId="77777777" w:rsidR="00ED5B25" w:rsidRDefault="00962D94">
            <w:r>
              <w:rPr>
                <w:sz w:val="16"/>
              </w:rPr>
              <w:t>☐ Solteiro(</w:t>
            </w:r>
            <w:proofErr w:type="gramStart"/>
            <w:r>
              <w:rPr>
                <w:sz w:val="16"/>
              </w:rPr>
              <w:t xml:space="preserve">a)   </w:t>
            </w:r>
            <w:proofErr w:type="gramEnd"/>
            <w:r>
              <w:rPr>
                <w:sz w:val="16"/>
              </w:rPr>
              <w:t xml:space="preserve">  ☐ Divorciado(</w:t>
            </w:r>
            <w:proofErr w:type="gramStart"/>
            <w:r>
              <w:rPr>
                <w:sz w:val="16"/>
              </w:rPr>
              <w:t xml:space="preserve">a)   </w:t>
            </w:r>
            <w:proofErr w:type="gramEnd"/>
            <w:r>
              <w:rPr>
                <w:sz w:val="16"/>
              </w:rPr>
              <w:t xml:space="preserve">  ☐ Viúvo(a)</w:t>
            </w:r>
          </w:p>
        </w:tc>
      </w:tr>
      <w:tr w:rsidR="00ED5B25" w14:paraId="6A322464" w14:textId="77777777" w:rsidTr="00556839">
        <w:trPr>
          <w:trHeight w:val="420"/>
        </w:trPr>
        <w:tc>
          <w:tcPr>
            <w:tcW w:w="10682" w:type="dxa"/>
            <w:gridSpan w:val="4"/>
            <w:shd w:val="clear" w:color="auto" w:fill="F2F2F2"/>
            <w:vAlign w:val="center"/>
          </w:tcPr>
          <w:p w14:paraId="7F7FF049" w14:textId="77777777" w:rsidR="00ED5B25" w:rsidRDefault="00962D94">
            <w:r>
              <w:rPr>
                <w:b/>
                <w:sz w:val="17"/>
              </w:rPr>
              <w:t>DADOS DO CASAMENTO ANTERIOR</w:t>
            </w:r>
          </w:p>
        </w:tc>
      </w:tr>
      <w:tr w:rsidR="00ED5B25" w14:paraId="5BDA17C5" w14:textId="77777777" w:rsidTr="00556839">
        <w:trPr>
          <w:trHeight w:val="420"/>
        </w:trPr>
        <w:tc>
          <w:tcPr>
            <w:tcW w:w="10682" w:type="dxa"/>
            <w:gridSpan w:val="4"/>
            <w:vAlign w:val="center"/>
          </w:tcPr>
          <w:p w14:paraId="20AB048B" w14:textId="52E5F028" w:rsidR="00ED5B25" w:rsidRDefault="00962D94">
            <w:r>
              <w:rPr>
                <w:sz w:val="16"/>
              </w:rPr>
              <w:t xml:space="preserve">NOME DO EX-CÔNJUGE:                                                        </w:t>
            </w:r>
            <w:r w:rsidR="00B038AB">
              <w:rPr>
                <w:sz w:val="16"/>
              </w:rPr>
              <w:t xml:space="preserve">                                                                                        </w:t>
            </w:r>
            <w:r>
              <w:rPr>
                <w:sz w:val="16"/>
              </w:rPr>
              <w:t>☐ NÃO SE APLICA</w:t>
            </w:r>
          </w:p>
        </w:tc>
      </w:tr>
      <w:tr w:rsidR="00ED5B25" w14:paraId="0ED4ADD1" w14:textId="77777777" w:rsidTr="00556839">
        <w:trPr>
          <w:trHeight w:val="420"/>
        </w:trPr>
        <w:tc>
          <w:tcPr>
            <w:tcW w:w="10682" w:type="dxa"/>
            <w:gridSpan w:val="4"/>
            <w:vAlign w:val="center"/>
          </w:tcPr>
          <w:p w14:paraId="58CEC126" w14:textId="77777777" w:rsidR="00ED5B25" w:rsidRDefault="00962D94">
            <w:r>
              <w:rPr>
                <w:sz w:val="16"/>
              </w:rPr>
              <w:t>SITUAÇÃO:  ☐ Vivo(</w:t>
            </w:r>
            <w:proofErr w:type="gramStart"/>
            <w:r>
              <w:rPr>
                <w:sz w:val="16"/>
              </w:rPr>
              <w:t xml:space="preserve">a)   </w:t>
            </w:r>
            <w:proofErr w:type="gramEnd"/>
            <w:r>
              <w:rPr>
                <w:sz w:val="16"/>
              </w:rPr>
              <w:t>☐ Falecido(</w:t>
            </w:r>
            <w:proofErr w:type="gramStart"/>
            <w:r>
              <w:rPr>
                <w:sz w:val="16"/>
              </w:rPr>
              <w:t xml:space="preserve">a)   </w:t>
            </w:r>
            <w:proofErr w:type="gramEnd"/>
            <w:r>
              <w:rPr>
                <w:sz w:val="16"/>
              </w:rPr>
              <w:t>☐ Não se aplica          DATA DA DISSOLUÇÃO:  ____/____/________   ☐ Não se aplica</w:t>
            </w:r>
          </w:p>
        </w:tc>
      </w:tr>
      <w:tr w:rsidR="00ED5B25" w14:paraId="406451E1" w14:textId="77777777" w:rsidTr="00556839">
        <w:trPr>
          <w:trHeight w:val="440"/>
        </w:trPr>
        <w:tc>
          <w:tcPr>
            <w:tcW w:w="10682" w:type="dxa"/>
            <w:gridSpan w:val="4"/>
            <w:shd w:val="clear" w:color="auto" w:fill="F2F2F2"/>
            <w:vAlign w:val="center"/>
          </w:tcPr>
          <w:p w14:paraId="101CEAB1" w14:textId="77777777" w:rsidR="00ED5B25" w:rsidRDefault="00962D94">
            <w:r>
              <w:rPr>
                <w:b/>
                <w:sz w:val="17"/>
              </w:rPr>
              <w:t>DADOS DOS PAIS</w:t>
            </w:r>
          </w:p>
        </w:tc>
      </w:tr>
      <w:tr w:rsidR="00ED5B25" w14:paraId="74466CDD" w14:textId="77777777" w:rsidTr="00556839">
        <w:trPr>
          <w:trHeight w:val="440"/>
        </w:trPr>
        <w:tc>
          <w:tcPr>
            <w:tcW w:w="10682" w:type="dxa"/>
            <w:gridSpan w:val="4"/>
            <w:vAlign w:val="center"/>
          </w:tcPr>
          <w:p w14:paraId="63A60CD0" w14:textId="1A9071EE" w:rsidR="00ED5B25" w:rsidRDefault="00962D94">
            <w:r>
              <w:rPr>
                <w:sz w:val="16"/>
              </w:rPr>
              <w:t xml:space="preserve">PAI:                                                                                   </w:t>
            </w:r>
            <w:r w:rsidR="00B038AB">
              <w:rPr>
                <w:sz w:val="16"/>
              </w:rPr>
              <w:t xml:space="preserve">                                                                                                  </w:t>
            </w:r>
            <w:r>
              <w:rPr>
                <w:sz w:val="16"/>
              </w:rPr>
              <w:t xml:space="preserve">  ☐ Vivo   ☐ Falecido</w:t>
            </w:r>
          </w:p>
        </w:tc>
      </w:tr>
      <w:tr w:rsidR="00ED5B25" w14:paraId="2DEE5B18" w14:textId="77777777" w:rsidTr="00556839">
        <w:trPr>
          <w:trHeight w:val="440"/>
        </w:trPr>
        <w:tc>
          <w:tcPr>
            <w:tcW w:w="10682" w:type="dxa"/>
            <w:gridSpan w:val="4"/>
            <w:vAlign w:val="center"/>
          </w:tcPr>
          <w:p w14:paraId="4CCB4A4D" w14:textId="175890A2" w:rsidR="00ED5B25" w:rsidRDefault="00962D94">
            <w:r>
              <w:rPr>
                <w:sz w:val="16"/>
              </w:rPr>
              <w:t xml:space="preserve">Residência:                         </w:t>
            </w:r>
            <w:r w:rsidR="00B038AB">
              <w:rPr>
                <w:sz w:val="16"/>
              </w:rPr>
              <w:t xml:space="preserve">              </w:t>
            </w:r>
            <w:r>
              <w:rPr>
                <w:sz w:val="16"/>
              </w:rPr>
              <w:t xml:space="preserve">      </w:t>
            </w:r>
            <w:r w:rsidR="00B038AB">
              <w:rPr>
                <w:sz w:val="16"/>
              </w:rPr>
              <w:t xml:space="preserve">                                      </w:t>
            </w:r>
            <w:r>
              <w:rPr>
                <w:sz w:val="16"/>
              </w:rPr>
              <w:t xml:space="preserve">       Bairro:                           </w:t>
            </w:r>
            <w:r w:rsidR="00B038AB">
              <w:rPr>
                <w:sz w:val="16"/>
              </w:rPr>
              <w:t xml:space="preserve">            </w:t>
            </w:r>
            <w:r>
              <w:rPr>
                <w:sz w:val="16"/>
              </w:rPr>
              <w:t xml:space="preserve">           Cidade:</w:t>
            </w:r>
          </w:p>
        </w:tc>
      </w:tr>
      <w:tr w:rsidR="00ED5B25" w14:paraId="4BC16622" w14:textId="77777777" w:rsidTr="00556839">
        <w:trPr>
          <w:trHeight w:val="440"/>
        </w:trPr>
        <w:tc>
          <w:tcPr>
            <w:tcW w:w="10682" w:type="dxa"/>
            <w:gridSpan w:val="4"/>
            <w:vAlign w:val="center"/>
          </w:tcPr>
          <w:p w14:paraId="2C296982" w14:textId="57B3679B" w:rsidR="00ED5B25" w:rsidRDefault="00962D94">
            <w:r>
              <w:rPr>
                <w:sz w:val="16"/>
              </w:rPr>
              <w:t xml:space="preserve">MÃE:                                                                             </w:t>
            </w:r>
            <w:r w:rsidR="00B038AB">
              <w:rPr>
                <w:sz w:val="16"/>
              </w:rPr>
              <w:t xml:space="preserve">                                                                                               </w:t>
            </w:r>
            <w:r>
              <w:rPr>
                <w:sz w:val="16"/>
              </w:rPr>
              <w:t xml:space="preserve">        ☐ Viva   ☐ Falecida</w:t>
            </w:r>
          </w:p>
        </w:tc>
      </w:tr>
      <w:tr w:rsidR="00ED5B25" w14:paraId="7A60EA4D" w14:textId="77777777" w:rsidTr="00556839">
        <w:trPr>
          <w:trHeight w:val="440"/>
        </w:trPr>
        <w:tc>
          <w:tcPr>
            <w:tcW w:w="10682" w:type="dxa"/>
            <w:gridSpan w:val="4"/>
            <w:vAlign w:val="center"/>
          </w:tcPr>
          <w:p w14:paraId="5578123F" w14:textId="58138FAA" w:rsidR="00ED5B25" w:rsidRDefault="00962D94">
            <w:r>
              <w:rPr>
                <w:sz w:val="16"/>
              </w:rPr>
              <w:t xml:space="preserve">Residência:                   </w:t>
            </w:r>
            <w:r w:rsidR="00B038AB">
              <w:rPr>
                <w:sz w:val="16"/>
              </w:rPr>
              <w:t xml:space="preserve">     </w:t>
            </w:r>
            <w:r>
              <w:rPr>
                <w:sz w:val="16"/>
              </w:rPr>
              <w:t xml:space="preserve">          </w:t>
            </w:r>
            <w:r w:rsidR="00B038AB">
              <w:rPr>
                <w:sz w:val="16"/>
              </w:rPr>
              <w:t xml:space="preserve">                                               </w:t>
            </w:r>
            <w:r>
              <w:rPr>
                <w:sz w:val="16"/>
              </w:rPr>
              <w:t xml:space="preserve">         Bairro:                                 </w:t>
            </w:r>
            <w:r w:rsidR="00B038AB">
              <w:rPr>
                <w:sz w:val="16"/>
              </w:rPr>
              <w:t xml:space="preserve">          </w:t>
            </w:r>
            <w:r>
              <w:rPr>
                <w:sz w:val="16"/>
              </w:rPr>
              <w:t xml:space="preserve">     Cidade:</w:t>
            </w:r>
          </w:p>
        </w:tc>
      </w:tr>
      <w:tr w:rsidR="00ED5B25" w14:paraId="50E60593" w14:textId="77777777" w:rsidTr="00556839">
        <w:trPr>
          <w:trHeight w:val="380"/>
        </w:trPr>
        <w:tc>
          <w:tcPr>
            <w:tcW w:w="10682" w:type="dxa"/>
            <w:gridSpan w:val="4"/>
            <w:shd w:val="clear" w:color="auto" w:fill="E7E7E7"/>
            <w:vAlign w:val="center"/>
          </w:tcPr>
          <w:p w14:paraId="73098FFE" w14:textId="77777777" w:rsidR="00ED5B25" w:rsidRDefault="00962D94">
            <w:r>
              <w:rPr>
                <w:b/>
              </w:rPr>
              <w:t>2) DADOS DO(A) NUBENTE</w:t>
            </w:r>
          </w:p>
        </w:tc>
      </w:tr>
      <w:tr w:rsidR="00ED5B25" w14:paraId="7D8FCC8C" w14:textId="77777777" w:rsidTr="00556839">
        <w:trPr>
          <w:trHeight w:val="400"/>
        </w:trPr>
        <w:tc>
          <w:tcPr>
            <w:tcW w:w="5344" w:type="dxa"/>
            <w:gridSpan w:val="2"/>
            <w:vAlign w:val="center"/>
          </w:tcPr>
          <w:p w14:paraId="2370AD73" w14:textId="77777777" w:rsidR="00ED5B25" w:rsidRDefault="00962D94">
            <w:r>
              <w:rPr>
                <w:sz w:val="16"/>
              </w:rPr>
              <w:t>NOME:</w:t>
            </w:r>
          </w:p>
        </w:tc>
        <w:tc>
          <w:tcPr>
            <w:tcW w:w="5338" w:type="dxa"/>
            <w:gridSpan w:val="2"/>
            <w:vAlign w:val="center"/>
          </w:tcPr>
          <w:p w14:paraId="34BACE79" w14:textId="77777777" w:rsidR="00ED5B25" w:rsidRDefault="00ED5B25"/>
        </w:tc>
      </w:tr>
      <w:tr w:rsidR="00ED5B25" w14:paraId="3A29C664" w14:textId="77777777" w:rsidTr="00556839">
        <w:trPr>
          <w:trHeight w:val="400"/>
        </w:trPr>
        <w:tc>
          <w:tcPr>
            <w:tcW w:w="5344" w:type="dxa"/>
            <w:gridSpan w:val="2"/>
            <w:vAlign w:val="center"/>
          </w:tcPr>
          <w:p w14:paraId="10A719D6" w14:textId="77777777" w:rsidR="00ED5B25" w:rsidRDefault="00962D94">
            <w:r>
              <w:rPr>
                <w:sz w:val="16"/>
              </w:rPr>
              <w:t>NOVO NOME:</w:t>
            </w:r>
          </w:p>
        </w:tc>
        <w:tc>
          <w:tcPr>
            <w:tcW w:w="5338" w:type="dxa"/>
            <w:gridSpan w:val="2"/>
            <w:vAlign w:val="center"/>
          </w:tcPr>
          <w:p w14:paraId="7596EDB2" w14:textId="77777777" w:rsidR="00ED5B25" w:rsidRDefault="00ED5B25"/>
        </w:tc>
      </w:tr>
      <w:tr w:rsidR="00ED5B25" w14:paraId="1ACF6EAC" w14:textId="77777777" w:rsidTr="00556839">
        <w:trPr>
          <w:trHeight w:val="400"/>
        </w:trPr>
        <w:tc>
          <w:tcPr>
            <w:tcW w:w="3561" w:type="dxa"/>
            <w:vAlign w:val="center"/>
          </w:tcPr>
          <w:p w14:paraId="6FACC690" w14:textId="77777777" w:rsidR="00ED5B25" w:rsidRDefault="00962D94">
            <w:r>
              <w:rPr>
                <w:sz w:val="16"/>
              </w:rPr>
              <w:t>DATA DE NASCIMENTO: ____/____/________</w:t>
            </w:r>
          </w:p>
        </w:tc>
        <w:tc>
          <w:tcPr>
            <w:tcW w:w="3560" w:type="dxa"/>
            <w:gridSpan w:val="2"/>
            <w:vAlign w:val="center"/>
          </w:tcPr>
          <w:p w14:paraId="524A7327" w14:textId="77777777" w:rsidR="00ED5B25" w:rsidRDefault="00962D94">
            <w:r>
              <w:rPr>
                <w:sz w:val="16"/>
              </w:rPr>
              <w:t>E-MAIL:</w:t>
            </w:r>
          </w:p>
        </w:tc>
        <w:tc>
          <w:tcPr>
            <w:tcW w:w="3561" w:type="dxa"/>
            <w:vAlign w:val="center"/>
          </w:tcPr>
          <w:p w14:paraId="0D308E4A" w14:textId="77777777" w:rsidR="00ED5B25" w:rsidRDefault="00962D94">
            <w:r>
              <w:rPr>
                <w:sz w:val="16"/>
              </w:rPr>
              <w:t>CPF:</w:t>
            </w:r>
          </w:p>
        </w:tc>
      </w:tr>
      <w:tr w:rsidR="00ED5B25" w14:paraId="3EE7AD5C" w14:textId="77777777" w:rsidTr="00556839">
        <w:trPr>
          <w:trHeight w:val="400"/>
        </w:trPr>
        <w:tc>
          <w:tcPr>
            <w:tcW w:w="3561" w:type="dxa"/>
            <w:vAlign w:val="center"/>
          </w:tcPr>
          <w:p w14:paraId="22D58265" w14:textId="77777777" w:rsidR="00ED5B25" w:rsidRDefault="00962D94">
            <w:r>
              <w:rPr>
                <w:sz w:val="16"/>
              </w:rPr>
              <w:t>IDENTIDADE:</w:t>
            </w:r>
          </w:p>
        </w:tc>
        <w:tc>
          <w:tcPr>
            <w:tcW w:w="3560" w:type="dxa"/>
            <w:gridSpan w:val="2"/>
            <w:vAlign w:val="center"/>
          </w:tcPr>
          <w:p w14:paraId="73F82239" w14:textId="77777777" w:rsidR="00ED5B25" w:rsidRDefault="00962D94">
            <w:r>
              <w:rPr>
                <w:sz w:val="16"/>
              </w:rPr>
              <w:t>ÓRGÃO EMISSOR:</w:t>
            </w:r>
          </w:p>
        </w:tc>
        <w:tc>
          <w:tcPr>
            <w:tcW w:w="3561" w:type="dxa"/>
            <w:vAlign w:val="center"/>
          </w:tcPr>
          <w:p w14:paraId="1145D421" w14:textId="77777777" w:rsidR="00ED5B25" w:rsidRDefault="00962D94">
            <w:r>
              <w:rPr>
                <w:sz w:val="16"/>
              </w:rPr>
              <w:t>DATA DE EMISSÃO: ____/____/________</w:t>
            </w:r>
          </w:p>
        </w:tc>
      </w:tr>
      <w:tr w:rsidR="00ED5B25" w14:paraId="1BB0490A" w14:textId="77777777" w:rsidTr="00556839">
        <w:trPr>
          <w:trHeight w:val="400"/>
        </w:trPr>
        <w:tc>
          <w:tcPr>
            <w:tcW w:w="3561" w:type="dxa"/>
            <w:vAlign w:val="center"/>
          </w:tcPr>
          <w:p w14:paraId="58F2852D" w14:textId="77777777" w:rsidR="00ED5B25" w:rsidRDefault="00962D94">
            <w:r>
              <w:rPr>
                <w:sz w:val="16"/>
              </w:rPr>
              <w:t>NACIONALIDADE:</w:t>
            </w:r>
          </w:p>
        </w:tc>
        <w:tc>
          <w:tcPr>
            <w:tcW w:w="3560" w:type="dxa"/>
            <w:gridSpan w:val="2"/>
            <w:vAlign w:val="center"/>
          </w:tcPr>
          <w:p w14:paraId="6AEBF89F" w14:textId="77777777" w:rsidR="00ED5B25" w:rsidRDefault="00962D94">
            <w:r>
              <w:rPr>
                <w:sz w:val="16"/>
              </w:rPr>
              <w:t>NATURALIDADE:</w:t>
            </w:r>
          </w:p>
        </w:tc>
        <w:tc>
          <w:tcPr>
            <w:tcW w:w="3561" w:type="dxa"/>
            <w:vAlign w:val="center"/>
          </w:tcPr>
          <w:p w14:paraId="79ADCD77" w14:textId="77777777" w:rsidR="00ED5B25" w:rsidRDefault="00962D94">
            <w:r>
              <w:rPr>
                <w:sz w:val="16"/>
              </w:rPr>
              <w:t>UF DE NASCIMENTO:</w:t>
            </w:r>
          </w:p>
        </w:tc>
      </w:tr>
      <w:tr w:rsidR="00ED5B25" w14:paraId="7832570E" w14:textId="77777777" w:rsidTr="00556839">
        <w:trPr>
          <w:trHeight w:val="400"/>
        </w:trPr>
        <w:tc>
          <w:tcPr>
            <w:tcW w:w="5344" w:type="dxa"/>
            <w:gridSpan w:val="2"/>
            <w:vAlign w:val="center"/>
          </w:tcPr>
          <w:p w14:paraId="54EED362" w14:textId="77777777" w:rsidR="00ED5B25" w:rsidRDefault="00962D94">
            <w:r>
              <w:rPr>
                <w:sz w:val="16"/>
              </w:rPr>
              <w:t>RESIDÊNCIA:</w:t>
            </w:r>
          </w:p>
        </w:tc>
        <w:tc>
          <w:tcPr>
            <w:tcW w:w="5338" w:type="dxa"/>
            <w:gridSpan w:val="2"/>
            <w:vAlign w:val="center"/>
          </w:tcPr>
          <w:p w14:paraId="69302CC4" w14:textId="77777777" w:rsidR="00ED5B25" w:rsidRDefault="00ED5B25"/>
        </w:tc>
      </w:tr>
      <w:tr w:rsidR="00ED5B25" w14:paraId="64C6FB33" w14:textId="77777777" w:rsidTr="00556839">
        <w:trPr>
          <w:trHeight w:val="400"/>
        </w:trPr>
        <w:tc>
          <w:tcPr>
            <w:tcW w:w="3561" w:type="dxa"/>
            <w:vAlign w:val="center"/>
          </w:tcPr>
          <w:p w14:paraId="3E42BDF4" w14:textId="77777777" w:rsidR="00ED5B25" w:rsidRDefault="00962D94">
            <w:r>
              <w:rPr>
                <w:sz w:val="16"/>
              </w:rPr>
              <w:t>BAIRRO:</w:t>
            </w:r>
          </w:p>
        </w:tc>
        <w:tc>
          <w:tcPr>
            <w:tcW w:w="3560" w:type="dxa"/>
            <w:gridSpan w:val="2"/>
            <w:vAlign w:val="center"/>
          </w:tcPr>
          <w:p w14:paraId="217E1BE0" w14:textId="77777777" w:rsidR="00ED5B25" w:rsidRDefault="00962D94">
            <w:r>
              <w:rPr>
                <w:sz w:val="16"/>
              </w:rPr>
              <w:t>MUNICÍPIO:</w:t>
            </w:r>
          </w:p>
        </w:tc>
        <w:tc>
          <w:tcPr>
            <w:tcW w:w="3561" w:type="dxa"/>
            <w:vAlign w:val="center"/>
          </w:tcPr>
          <w:p w14:paraId="7E0018DE" w14:textId="77777777" w:rsidR="00ED5B25" w:rsidRDefault="00962D94">
            <w:r>
              <w:rPr>
                <w:sz w:val="16"/>
              </w:rPr>
              <w:t>UF:</w:t>
            </w:r>
          </w:p>
        </w:tc>
      </w:tr>
      <w:tr w:rsidR="00ED5B25" w14:paraId="603E40C2" w14:textId="77777777" w:rsidTr="00556839">
        <w:trPr>
          <w:trHeight w:val="400"/>
        </w:trPr>
        <w:tc>
          <w:tcPr>
            <w:tcW w:w="3561" w:type="dxa"/>
            <w:vAlign w:val="center"/>
          </w:tcPr>
          <w:p w14:paraId="409FCBCA" w14:textId="77777777" w:rsidR="00ED5B25" w:rsidRDefault="00962D94">
            <w:r>
              <w:rPr>
                <w:sz w:val="16"/>
              </w:rPr>
              <w:t>TELEFONE:</w:t>
            </w:r>
          </w:p>
        </w:tc>
        <w:tc>
          <w:tcPr>
            <w:tcW w:w="3560" w:type="dxa"/>
            <w:gridSpan w:val="2"/>
            <w:vAlign w:val="center"/>
          </w:tcPr>
          <w:p w14:paraId="4D59CC50" w14:textId="77777777" w:rsidR="00ED5B25" w:rsidRDefault="00962D94">
            <w:r>
              <w:rPr>
                <w:sz w:val="16"/>
              </w:rPr>
              <w:t>CELULAR:</w:t>
            </w:r>
          </w:p>
        </w:tc>
        <w:tc>
          <w:tcPr>
            <w:tcW w:w="3561" w:type="dxa"/>
            <w:vAlign w:val="center"/>
          </w:tcPr>
          <w:p w14:paraId="0900014B" w14:textId="77777777" w:rsidR="00ED5B25" w:rsidRDefault="00962D94">
            <w:r>
              <w:rPr>
                <w:sz w:val="16"/>
              </w:rPr>
              <w:t>PROFISSÃO:</w:t>
            </w:r>
          </w:p>
        </w:tc>
      </w:tr>
      <w:tr w:rsidR="00ED5B25" w14:paraId="65061522" w14:textId="77777777" w:rsidTr="00556839">
        <w:trPr>
          <w:trHeight w:val="400"/>
        </w:trPr>
        <w:tc>
          <w:tcPr>
            <w:tcW w:w="5344" w:type="dxa"/>
            <w:gridSpan w:val="2"/>
            <w:vAlign w:val="center"/>
          </w:tcPr>
          <w:p w14:paraId="4F473A40" w14:textId="77777777" w:rsidR="00ED5B25" w:rsidRDefault="00962D94">
            <w:r>
              <w:rPr>
                <w:sz w:val="16"/>
              </w:rPr>
              <w:t>ESTADO CIVIL:</w:t>
            </w:r>
          </w:p>
        </w:tc>
        <w:tc>
          <w:tcPr>
            <w:tcW w:w="5338" w:type="dxa"/>
            <w:gridSpan w:val="2"/>
            <w:vAlign w:val="center"/>
          </w:tcPr>
          <w:p w14:paraId="7A92990A" w14:textId="77777777" w:rsidR="00ED5B25" w:rsidRDefault="00962D94">
            <w:r>
              <w:rPr>
                <w:sz w:val="16"/>
              </w:rPr>
              <w:t>☐ Solteiro(</w:t>
            </w:r>
            <w:proofErr w:type="gramStart"/>
            <w:r>
              <w:rPr>
                <w:sz w:val="16"/>
              </w:rPr>
              <w:t xml:space="preserve">a)   </w:t>
            </w:r>
            <w:proofErr w:type="gramEnd"/>
            <w:r>
              <w:rPr>
                <w:sz w:val="16"/>
              </w:rPr>
              <w:t xml:space="preserve">  ☐ Divorciado(</w:t>
            </w:r>
            <w:proofErr w:type="gramStart"/>
            <w:r>
              <w:rPr>
                <w:sz w:val="16"/>
              </w:rPr>
              <w:t xml:space="preserve">a)   </w:t>
            </w:r>
            <w:proofErr w:type="gramEnd"/>
            <w:r>
              <w:rPr>
                <w:sz w:val="16"/>
              </w:rPr>
              <w:t xml:space="preserve">  ☐ Viúvo(a)</w:t>
            </w:r>
          </w:p>
        </w:tc>
      </w:tr>
      <w:tr w:rsidR="00ED5B25" w14:paraId="17C36E55" w14:textId="77777777" w:rsidTr="00556839">
        <w:trPr>
          <w:trHeight w:val="420"/>
        </w:trPr>
        <w:tc>
          <w:tcPr>
            <w:tcW w:w="10682" w:type="dxa"/>
            <w:gridSpan w:val="4"/>
            <w:shd w:val="clear" w:color="auto" w:fill="F2F2F2"/>
            <w:vAlign w:val="center"/>
          </w:tcPr>
          <w:p w14:paraId="3565A6F9" w14:textId="77777777" w:rsidR="00ED5B25" w:rsidRDefault="00962D94">
            <w:r>
              <w:rPr>
                <w:b/>
                <w:sz w:val="17"/>
              </w:rPr>
              <w:t>DADOS DO CASAMENTO ANTERIOR</w:t>
            </w:r>
          </w:p>
        </w:tc>
      </w:tr>
      <w:tr w:rsidR="00ED5B25" w14:paraId="403D1916" w14:textId="77777777" w:rsidTr="00556839">
        <w:trPr>
          <w:trHeight w:val="420"/>
        </w:trPr>
        <w:tc>
          <w:tcPr>
            <w:tcW w:w="10682" w:type="dxa"/>
            <w:gridSpan w:val="4"/>
            <w:vAlign w:val="center"/>
          </w:tcPr>
          <w:p w14:paraId="3F6C7E7B" w14:textId="0DD3CD29" w:rsidR="00ED5B25" w:rsidRDefault="00962D94">
            <w:r>
              <w:rPr>
                <w:sz w:val="16"/>
              </w:rPr>
              <w:t xml:space="preserve">NOME DO EX-CÔNJUGE:                                                     </w:t>
            </w:r>
            <w:r w:rsidR="00B038AB">
              <w:rPr>
                <w:sz w:val="16"/>
              </w:rPr>
              <w:t xml:space="preserve">                                                                                       </w:t>
            </w:r>
            <w:r>
              <w:rPr>
                <w:sz w:val="16"/>
              </w:rPr>
              <w:t xml:space="preserve">   ☐ NÃO SE APLICA</w:t>
            </w:r>
          </w:p>
        </w:tc>
      </w:tr>
      <w:tr w:rsidR="00ED5B25" w14:paraId="0A4034AC" w14:textId="77777777" w:rsidTr="00556839">
        <w:trPr>
          <w:trHeight w:val="420"/>
        </w:trPr>
        <w:tc>
          <w:tcPr>
            <w:tcW w:w="10682" w:type="dxa"/>
            <w:gridSpan w:val="4"/>
            <w:vAlign w:val="center"/>
          </w:tcPr>
          <w:p w14:paraId="02F84A1F" w14:textId="77777777" w:rsidR="00ED5B25" w:rsidRDefault="00962D94">
            <w:r>
              <w:rPr>
                <w:sz w:val="16"/>
              </w:rPr>
              <w:t>SITUAÇÃO:  ☐ Vivo(</w:t>
            </w:r>
            <w:proofErr w:type="gramStart"/>
            <w:r>
              <w:rPr>
                <w:sz w:val="16"/>
              </w:rPr>
              <w:t xml:space="preserve">a)   </w:t>
            </w:r>
            <w:proofErr w:type="gramEnd"/>
            <w:r>
              <w:rPr>
                <w:sz w:val="16"/>
              </w:rPr>
              <w:t>☐ Falecido(</w:t>
            </w:r>
            <w:proofErr w:type="gramStart"/>
            <w:r>
              <w:rPr>
                <w:sz w:val="16"/>
              </w:rPr>
              <w:t xml:space="preserve">a)   </w:t>
            </w:r>
            <w:proofErr w:type="gramEnd"/>
            <w:r>
              <w:rPr>
                <w:sz w:val="16"/>
              </w:rPr>
              <w:t>☐ Não se aplica          DATA DA DISSOLUÇÃO:  ____/____/________   ☐ Não se aplica</w:t>
            </w:r>
          </w:p>
        </w:tc>
      </w:tr>
      <w:tr w:rsidR="00ED5B25" w14:paraId="6D5BCA1E" w14:textId="77777777" w:rsidTr="00556839">
        <w:trPr>
          <w:trHeight w:val="440"/>
        </w:trPr>
        <w:tc>
          <w:tcPr>
            <w:tcW w:w="10682" w:type="dxa"/>
            <w:gridSpan w:val="4"/>
            <w:shd w:val="clear" w:color="auto" w:fill="F2F2F2"/>
            <w:vAlign w:val="center"/>
          </w:tcPr>
          <w:p w14:paraId="5C3160CF" w14:textId="77777777" w:rsidR="00ED5B25" w:rsidRDefault="00962D94">
            <w:r>
              <w:rPr>
                <w:b/>
                <w:sz w:val="17"/>
              </w:rPr>
              <w:lastRenderedPageBreak/>
              <w:t>DADOS DOS PAIS</w:t>
            </w:r>
          </w:p>
        </w:tc>
      </w:tr>
      <w:tr w:rsidR="00ED5B25" w14:paraId="5C494481" w14:textId="77777777" w:rsidTr="00556839">
        <w:trPr>
          <w:trHeight w:val="440"/>
        </w:trPr>
        <w:tc>
          <w:tcPr>
            <w:tcW w:w="10682" w:type="dxa"/>
            <w:gridSpan w:val="4"/>
            <w:vAlign w:val="center"/>
          </w:tcPr>
          <w:p w14:paraId="7565C526" w14:textId="615A3799" w:rsidR="00ED5B25" w:rsidRDefault="00962D94">
            <w:r>
              <w:rPr>
                <w:sz w:val="16"/>
              </w:rPr>
              <w:t xml:space="preserve">PAI:                                                                                </w:t>
            </w:r>
            <w:r w:rsidR="00B038AB">
              <w:rPr>
                <w:sz w:val="16"/>
              </w:rPr>
              <w:t xml:space="preserve">                                                                                                    </w:t>
            </w:r>
            <w:r>
              <w:rPr>
                <w:sz w:val="16"/>
              </w:rPr>
              <w:t xml:space="preserve">     ☐ Vivo   ☐ Falecido</w:t>
            </w:r>
          </w:p>
        </w:tc>
      </w:tr>
      <w:tr w:rsidR="00ED5B25" w14:paraId="07D3C922" w14:textId="77777777" w:rsidTr="00556839">
        <w:trPr>
          <w:trHeight w:val="440"/>
        </w:trPr>
        <w:tc>
          <w:tcPr>
            <w:tcW w:w="10682" w:type="dxa"/>
            <w:gridSpan w:val="4"/>
            <w:vAlign w:val="center"/>
          </w:tcPr>
          <w:p w14:paraId="01D5F2E4" w14:textId="47501D7A" w:rsidR="00ED5B25" w:rsidRDefault="00962D94">
            <w:r>
              <w:rPr>
                <w:sz w:val="16"/>
              </w:rPr>
              <w:t xml:space="preserve">Residência:                                 </w:t>
            </w:r>
            <w:r w:rsidR="00556839">
              <w:rPr>
                <w:sz w:val="16"/>
              </w:rPr>
              <w:t xml:space="preserve">                                                 </w:t>
            </w:r>
            <w:r>
              <w:rPr>
                <w:sz w:val="16"/>
              </w:rPr>
              <w:t xml:space="preserve">     Bairro:                 </w:t>
            </w:r>
            <w:r w:rsidR="00556839">
              <w:rPr>
                <w:sz w:val="16"/>
              </w:rPr>
              <w:t xml:space="preserve">                 </w:t>
            </w:r>
            <w:r>
              <w:rPr>
                <w:sz w:val="16"/>
              </w:rPr>
              <w:t xml:space="preserve">                     Cidade:</w:t>
            </w:r>
          </w:p>
        </w:tc>
      </w:tr>
      <w:tr w:rsidR="00ED5B25" w14:paraId="0B370BE9" w14:textId="77777777" w:rsidTr="00556839">
        <w:trPr>
          <w:trHeight w:val="440"/>
        </w:trPr>
        <w:tc>
          <w:tcPr>
            <w:tcW w:w="10682" w:type="dxa"/>
            <w:gridSpan w:val="4"/>
            <w:vAlign w:val="center"/>
          </w:tcPr>
          <w:p w14:paraId="62D7C896" w14:textId="26E9D40D" w:rsidR="00ED5B25" w:rsidRDefault="00962D94">
            <w:r>
              <w:rPr>
                <w:sz w:val="16"/>
              </w:rPr>
              <w:t xml:space="preserve">MÃE:                                                                                     </w:t>
            </w:r>
            <w:r w:rsidR="00556839">
              <w:rPr>
                <w:sz w:val="16"/>
              </w:rPr>
              <w:t xml:space="preserve">                                                                                                </w:t>
            </w:r>
            <w:r>
              <w:rPr>
                <w:sz w:val="16"/>
              </w:rPr>
              <w:t xml:space="preserve">☐ Viva   ☐ </w:t>
            </w:r>
            <w:proofErr w:type="spellStart"/>
            <w:r>
              <w:rPr>
                <w:sz w:val="16"/>
              </w:rPr>
              <w:t>Falecida</w:t>
            </w:r>
            <w:proofErr w:type="spellEnd"/>
          </w:p>
        </w:tc>
      </w:tr>
      <w:tr w:rsidR="00ED5B25" w14:paraId="342294AF" w14:textId="77777777" w:rsidTr="00556839">
        <w:trPr>
          <w:trHeight w:val="440"/>
        </w:trPr>
        <w:tc>
          <w:tcPr>
            <w:tcW w:w="10682" w:type="dxa"/>
            <w:gridSpan w:val="4"/>
            <w:vAlign w:val="center"/>
          </w:tcPr>
          <w:p w14:paraId="59D0A3A3" w14:textId="0A191F76" w:rsidR="00ED5B25" w:rsidRDefault="00962D94">
            <w:r>
              <w:rPr>
                <w:sz w:val="16"/>
              </w:rPr>
              <w:t xml:space="preserve">Residência:                                   </w:t>
            </w:r>
            <w:r w:rsidR="00556839">
              <w:rPr>
                <w:sz w:val="16"/>
              </w:rPr>
              <w:t xml:space="preserve">                                               </w:t>
            </w:r>
            <w:r w:rsidR="00DD0D07">
              <w:rPr>
                <w:sz w:val="16"/>
              </w:rPr>
              <w:t xml:space="preserve">   </w:t>
            </w:r>
            <w:r>
              <w:rPr>
                <w:sz w:val="16"/>
              </w:rPr>
              <w:t xml:space="preserve">   Bairro:                             </w:t>
            </w:r>
            <w:r w:rsidR="00DD0D07">
              <w:rPr>
                <w:sz w:val="16"/>
              </w:rPr>
              <w:t xml:space="preserve">              </w:t>
            </w:r>
            <w:r>
              <w:rPr>
                <w:sz w:val="16"/>
              </w:rPr>
              <w:t xml:space="preserve">         Cidade:</w:t>
            </w:r>
          </w:p>
        </w:tc>
      </w:tr>
    </w:tbl>
    <w:p w14:paraId="46A4E1BC" w14:textId="77777777" w:rsidR="003062E7" w:rsidRDefault="003062E7">
      <w:pPr>
        <w:spacing w:before="80"/>
        <w:rPr>
          <w:szCs w:val="1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3062E7" w14:paraId="377CAA96" w14:textId="77777777" w:rsidTr="00E1270E">
        <w:trPr>
          <w:trHeight w:val="440"/>
        </w:trPr>
        <w:tc>
          <w:tcPr>
            <w:tcW w:w="10682" w:type="dxa"/>
            <w:shd w:val="clear" w:color="auto" w:fill="F2F2F2"/>
            <w:vAlign w:val="center"/>
          </w:tcPr>
          <w:p w14:paraId="5B967E6B" w14:textId="111DD32A" w:rsidR="003062E7" w:rsidRDefault="003062E7" w:rsidP="00E1270E">
            <w:r>
              <w:rPr>
                <w:b/>
                <w:sz w:val="17"/>
              </w:rPr>
              <w:t xml:space="preserve">REGIME DE BENS </w:t>
            </w:r>
            <w:r w:rsidR="00461F2E">
              <w:rPr>
                <w:b/>
                <w:sz w:val="17"/>
              </w:rPr>
              <w:t>ESCOLHIDO</w:t>
            </w:r>
          </w:p>
        </w:tc>
      </w:tr>
      <w:tr w:rsidR="003062E7" w14:paraId="21EDB90A" w14:textId="77777777" w:rsidTr="00E1270E">
        <w:trPr>
          <w:trHeight w:val="440"/>
        </w:trPr>
        <w:tc>
          <w:tcPr>
            <w:tcW w:w="10682" w:type="dxa"/>
            <w:vAlign w:val="center"/>
          </w:tcPr>
          <w:p w14:paraId="44A8FC8E" w14:textId="4AB57C98" w:rsidR="003062E7" w:rsidRDefault="003062E7" w:rsidP="00E1270E">
            <w:r>
              <w:rPr>
                <w:sz w:val="16"/>
              </w:rPr>
              <w:t xml:space="preserve">                                                                                                                                                                                    </w:t>
            </w:r>
          </w:p>
        </w:tc>
      </w:tr>
    </w:tbl>
    <w:p w14:paraId="20D662BC" w14:textId="77777777" w:rsidR="003062E7" w:rsidRDefault="003062E7">
      <w:pPr>
        <w:spacing w:before="80"/>
        <w:rPr>
          <w:szCs w:val="18"/>
        </w:rPr>
      </w:pPr>
    </w:p>
    <w:p w14:paraId="7BB2EB90" w14:textId="607536C6" w:rsidR="00ED5B25" w:rsidRDefault="00962D94">
      <w:pPr>
        <w:spacing w:before="80"/>
        <w:rPr>
          <w:szCs w:val="18"/>
        </w:rPr>
      </w:pPr>
      <w:r w:rsidRPr="007E23D2">
        <w:rPr>
          <w:szCs w:val="18"/>
        </w:rPr>
        <w:t>Tamandaré/</w:t>
      </w:r>
      <w:proofErr w:type="gramStart"/>
      <w:r w:rsidRPr="007E23D2">
        <w:rPr>
          <w:szCs w:val="18"/>
        </w:rPr>
        <w:t>PE, _</w:t>
      </w:r>
      <w:proofErr w:type="gramEnd"/>
      <w:r w:rsidRPr="007E23D2">
        <w:rPr>
          <w:szCs w:val="18"/>
        </w:rPr>
        <w:t>_____ de ______________________________ de ________</w:t>
      </w:r>
      <w:r w:rsidR="007E23D2" w:rsidRPr="007E23D2">
        <w:rPr>
          <w:szCs w:val="18"/>
        </w:rPr>
        <w:t xml:space="preserve"> </w:t>
      </w:r>
    </w:p>
    <w:p w14:paraId="55D5262C" w14:textId="77777777" w:rsidR="00ED04E8" w:rsidRDefault="00ED04E8">
      <w:pPr>
        <w:spacing w:before="80"/>
        <w:rPr>
          <w:szCs w:val="18"/>
        </w:rPr>
      </w:pPr>
    </w:p>
    <w:p w14:paraId="721494AC" w14:textId="77777777" w:rsidR="00ED04E8" w:rsidRPr="007E23D2" w:rsidRDefault="00ED04E8">
      <w:pPr>
        <w:spacing w:before="80"/>
        <w:rPr>
          <w:szCs w:val="18"/>
        </w:rPr>
      </w:pPr>
    </w:p>
    <w:p w14:paraId="1A03DDB7" w14:textId="77777777" w:rsidR="00ED5B25" w:rsidRPr="007E23D2" w:rsidRDefault="00962D94">
      <w:pPr>
        <w:jc w:val="center"/>
        <w:rPr>
          <w:szCs w:val="18"/>
        </w:rPr>
      </w:pPr>
      <w:r w:rsidRPr="007E23D2">
        <w:rPr>
          <w:szCs w:val="18"/>
        </w:rPr>
        <w:t>__________________________________________          __________________________________________</w:t>
      </w:r>
      <w:r w:rsidRPr="007E23D2">
        <w:rPr>
          <w:szCs w:val="18"/>
        </w:rPr>
        <w:br/>
        <w:t>Assinatura do(a) Nubente 1                                      Assinatura do(a) Nubente 2</w:t>
      </w:r>
    </w:p>
    <w:sectPr w:rsidR="00ED5B25" w:rsidRPr="007E23D2" w:rsidSect="00493A11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95758879">
    <w:abstractNumId w:val="8"/>
  </w:num>
  <w:num w:numId="2" w16cid:durableId="748234686">
    <w:abstractNumId w:val="6"/>
  </w:num>
  <w:num w:numId="3" w16cid:durableId="540944405">
    <w:abstractNumId w:val="5"/>
  </w:num>
  <w:num w:numId="4" w16cid:durableId="968634702">
    <w:abstractNumId w:val="4"/>
  </w:num>
  <w:num w:numId="5" w16cid:durableId="1355691030">
    <w:abstractNumId w:val="7"/>
  </w:num>
  <w:num w:numId="6" w16cid:durableId="1439760878">
    <w:abstractNumId w:val="3"/>
  </w:num>
  <w:num w:numId="7" w16cid:durableId="1117675219">
    <w:abstractNumId w:val="2"/>
  </w:num>
  <w:num w:numId="8" w16cid:durableId="1802579679">
    <w:abstractNumId w:val="1"/>
  </w:num>
  <w:num w:numId="9" w16cid:durableId="450243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4ED4"/>
    <w:rsid w:val="0015074B"/>
    <w:rsid w:val="0029639D"/>
    <w:rsid w:val="003062E7"/>
    <w:rsid w:val="00326F90"/>
    <w:rsid w:val="003A4D66"/>
    <w:rsid w:val="00446B62"/>
    <w:rsid w:val="00461F2E"/>
    <w:rsid w:val="00493A11"/>
    <w:rsid w:val="00556839"/>
    <w:rsid w:val="005D1728"/>
    <w:rsid w:val="007E23D2"/>
    <w:rsid w:val="00864E9E"/>
    <w:rsid w:val="00962D94"/>
    <w:rsid w:val="00AA1D8D"/>
    <w:rsid w:val="00B038AB"/>
    <w:rsid w:val="00B47730"/>
    <w:rsid w:val="00CB0664"/>
    <w:rsid w:val="00DD0D07"/>
    <w:rsid w:val="00ED04E8"/>
    <w:rsid w:val="00ED5B2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D72F8A35-B37B-4520-A7F3-B8FF9FD40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18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555</Words>
  <Characters>3164</Characters>
  <Application>Microsoft Office Word</Application>
  <DocSecurity>0</DocSecurity>
  <Lines>143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isa moura</cp:lastModifiedBy>
  <cp:revision>13</cp:revision>
  <cp:lastPrinted>2026-09-01T15:33:00Z</cp:lastPrinted>
  <dcterms:created xsi:type="dcterms:W3CDTF">2013-12-23T23:15:00Z</dcterms:created>
  <dcterms:modified xsi:type="dcterms:W3CDTF">2026-09-01T15:33:00Z</dcterms:modified>
  <cp:category/>
</cp:coreProperties>
</file>