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F2EC" w14:textId="77777777" w:rsidR="002C6AED" w:rsidRDefault="002C6AED" w:rsidP="005C09B1">
      <w:pPr>
        <w:spacing w:after="20"/>
        <w:rPr>
          <w:b/>
          <w:sz w:val="28"/>
        </w:rPr>
      </w:pPr>
    </w:p>
    <w:p w14:paraId="7108E433" w14:textId="5DAC68D1" w:rsidR="007A78AA" w:rsidRDefault="00000000">
      <w:pPr>
        <w:spacing w:after="20"/>
        <w:jc w:val="center"/>
        <w:rPr>
          <w:b/>
          <w:sz w:val="28"/>
        </w:rPr>
      </w:pPr>
      <w:r>
        <w:rPr>
          <w:b/>
          <w:sz w:val="28"/>
        </w:rPr>
        <w:t>ATESTADO</w:t>
      </w:r>
      <w:r w:rsidR="00A751CC">
        <w:rPr>
          <w:b/>
          <w:sz w:val="28"/>
        </w:rPr>
        <w:t xml:space="preserve"> DAS TESTEMUNHAS</w:t>
      </w:r>
    </w:p>
    <w:p w14:paraId="21CA7382" w14:textId="77777777" w:rsidR="002C6AED" w:rsidRDefault="002C6AED">
      <w:pPr>
        <w:spacing w:after="20"/>
        <w:jc w:val="center"/>
      </w:pPr>
    </w:p>
    <w:p w14:paraId="7D276BFD" w14:textId="77777777" w:rsidR="007A78AA" w:rsidRDefault="00000000">
      <w:pPr>
        <w:spacing w:after="120"/>
      </w:pPr>
      <w:r>
        <w:rPr>
          <w:sz w:val="17"/>
        </w:rPr>
        <w:t>Nós, abaixo assinados, declaramos conhecer pessoalmente e atestamos não haver qualquer impedimento que proíba casar os nubentes a que se refere o memorial retro e nele qualificados, cujos dados afirmamos serem verdadeiros.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619"/>
      </w:tblGrid>
      <w:tr w:rsidR="007A78AA" w14:paraId="3DB9F53B" w14:textId="77777777">
        <w:trPr>
          <w:trHeight w:val="420"/>
        </w:trPr>
        <w:tc>
          <w:tcPr>
            <w:tcW w:w="10772" w:type="dxa"/>
            <w:shd w:val="clear" w:color="auto" w:fill="E7E7E7"/>
          </w:tcPr>
          <w:p w14:paraId="6C66C5AA" w14:textId="77777777" w:rsidR="007A78AA" w:rsidRDefault="00000000">
            <w:r>
              <w:rPr>
                <w:b/>
              </w:rPr>
              <w:t>QUALIFICAÇÃO DA TESTEMUNHA 1</w:t>
            </w:r>
          </w:p>
        </w:tc>
      </w:tr>
      <w:tr w:rsidR="007A78AA" w14:paraId="4A7892BA" w14:textId="77777777">
        <w:tc>
          <w:tcPr>
            <w:tcW w:w="10772" w:type="dxa"/>
          </w:tcPr>
          <w:p w14:paraId="25F5317F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NOME (SEM ABREVIAR):</w:t>
            </w:r>
          </w:p>
        </w:tc>
      </w:tr>
      <w:tr w:rsidR="007A78AA" w14:paraId="70989061" w14:textId="77777777">
        <w:tc>
          <w:tcPr>
            <w:tcW w:w="10772" w:type="dxa"/>
          </w:tcPr>
          <w:p w14:paraId="0EA1CF40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PROFISSÃO:</w:t>
            </w:r>
          </w:p>
        </w:tc>
      </w:tr>
      <w:tr w:rsidR="007A78AA" w14:paraId="04A494C4" w14:textId="77777777">
        <w:tc>
          <w:tcPr>
            <w:tcW w:w="10772" w:type="dxa"/>
          </w:tcPr>
          <w:p w14:paraId="27E7DA0B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TELEFONE:</w:t>
            </w:r>
          </w:p>
        </w:tc>
      </w:tr>
      <w:tr w:rsidR="007A78AA" w14:paraId="4C60AE52" w14:textId="77777777">
        <w:tc>
          <w:tcPr>
            <w:tcW w:w="10772" w:type="dxa"/>
          </w:tcPr>
          <w:p w14:paraId="38EBE298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RESIDÊNCIA:</w:t>
            </w:r>
          </w:p>
        </w:tc>
      </w:tr>
      <w:tr w:rsidR="007A78AA" w14:paraId="58502D3D" w14:textId="77777777">
        <w:tc>
          <w:tcPr>
            <w:tcW w:w="10772" w:type="dxa"/>
          </w:tcPr>
          <w:p w14:paraId="340C561C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BAIRRO:</w:t>
            </w:r>
          </w:p>
        </w:tc>
      </w:tr>
      <w:tr w:rsidR="007A78AA" w14:paraId="51210A37" w14:textId="77777777">
        <w:tc>
          <w:tcPr>
            <w:tcW w:w="10772" w:type="dxa"/>
          </w:tcPr>
          <w:p w14:paraId="16E4586D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NACIONALIDADE:</w:t>
            </w:r>
          </w:p>
        </w:tc>
      </w:tr>
      <w:tr w:rsidR="007A78AA" w14:paraId="2044E274" w14:textId="77777777">
        <w:tc>
          <w:tcPr>
            <w:tcW w:w="10772" w:type="dxa"/>
          </w:tcPr>
          <w:p w14:paraId="7B91B7CB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NATURALIDADE:</w:t>
            </w:r>
          </w:p>
        </w:tc>
      </w:tr>
      <w:tr w:rsidR="007A78AA" w14:paraId="403E5719" w14:textId="77777777">
        <w:tc>
          <w:tcPr>
            <w:tcW w:w="10772" w:type="dxa"/>
          </w:tcPr>
          <w:p w14:paraId="0DB051C9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CPF:</w:t>
            </w:r>
          </w:p>
        </w:tc>
      </w:tr>
      <w:tr w:rsidR="007A78AA" w14:paraId="46FA7626" w14:textId="77777777">
        <w:tc>
          <w:tcPr>
            <w:tcW w:w="10772" w:type="dxa"/>
          </w:tcPr>
          <w:p w14:paraId="32A03412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ESTADO CIVIL:   ☐ Solteiro(a)   ☐ Casado(a)   ☐ Divorciado(a)   ☐ Viúvo(a)</w:t>
            </w:r>
          </w:p>
        </w:tc>
      </w:tr>
      <w:tr w:rsidR="007A78AA" w14:paraId="5DFB3F9D" w14:textId="77777777">
        <w:tc>
          <w:tcPr>
            <w:tcW w:w="10772" w:type="dxa"/>
          </w:tcPr>
          <w:p w14:paraId="119360F5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IDADE:</w:t>
            </w:r>
          </w:p>
        </w:tc>
      </w:tr>
      <w:tr w:rsidR="007A78AA" w14:paraId="2901DC4E" w14:textId="77777777">
        <w:tc>
          <w:tcPr>
            <w:tcW w:w="10772" w:type="dxa"/>
          </w:tcPr>
          <w:p w14:paraId="0AC4551C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IDENTIDADE:</w:t>
            </w:r>
          </w:p>
        </w:tc>
      </w:tr>
      <w:tr w:rsidR="007A78AA" w14:paraId="49399D9C" w14:textId="77777777">
        <w:tc>
          <w:tcPr>
            <w:tcW w:w="10772" w:type="dxa"/>
          </w:tcPr>
          <w:p w14:paraId="476D5A9A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ÓRGÃO EMISSOR:</w:t>
            </w:r>
          </w:p>
        </w:tc>
      </w:tr>
      <w:tr w:rsidR="007A78AA" w14:paraId="050767DD" w14:textId="77777777">
        <w:tc>
          <w:tcPr>
            <w:tcW w:w="10772" w:type="dxa"/>
          </w:tcPr>
          <w:p w14:paraId="42605771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DATA DE EMISSÃO: ____/____/________</w:t>
            </w:r>
          </w:p>
        </w:tc>
      </w:tr>
      <w:tr w:rsidR="007A78AA" w14:paraId="0D113B19" w14:textId="77777777">
        <w:tc>
          <w:tcPr>
            <w:tcW w:w="10772" w:type="dxa"/>
          </w:tcPr>
          <w:p w14:paraId="23E85726" w14:textId="77777777" w:rsidR="007A78AA" w:rsidRDefault="00000000" w:rsidP="002C6AED">
            <w:pPr>
              <w:spacing w:line="360" w:lineRule="auto"/>
              <w:rPr>
                <w:sz w:val="17"/>
              </w:rPr>
            </w:pPr>
            <w:r>
              <w:rPr>
                <w:sz w:val="17"/>
              </w:rPr>
              <w:t>ASSINATURA:</w:t>
            </w:r>
          </w:p>
          <w:p w14:paraId="516B194C" w14:textId="77777777" w:rsidR="007207EF" w:rsidRDefault="007207EF" w:rsidP="002C6AED">
            <w:pPr>
              <w:spacing w:line="360" w:lineRule="auto"/>
            </w:pPr>
          </w:p>
          <w:p w14:paraId="08284CA6" w14:textId="77777777" w:rsidR="007207EF" w:rsidRDefault="007207EF" w:rsidP="002C6AED">
            <w:pPr>
              <w:spacing w:line="360" w:lineRule="auto"/>
            </w:pPr>
          </w:p>
        </w:tc>
      </w:tr>
      <w:tr w:rsidR="007A78AA" w14:paraId="625A2E65" w14:textId="77777777">
        <w:trPr>
          <w:trHeight w:val="420"/>
        </w:trPr>
        <w:tc>
          <w:tcPr>
            <w:tcW w:w="10772" w:type="dxa"/>
            <w:shd w:val="clear" w:color="auto" w:fill="E7E7E7"/>
          </w:tcPr>
          <w:p w14:paraId="6914E9CC" w14:textId="77777777" w:rsidR="007A78AA" w:rsidRDefault="00000000">
            <w:r>
              <w:rPr>
                <w:b/>
              </w:rPr>
              <w:t>QUALIFICAÇÃO DA TESTEMUNHA 2</w:t>
            </w:r>
          </w:p>
        </w:tc>
      </w:tr>
      <w:tr w:rsidR="007A78AA" w14:paraId="35788A1A" w14:textId="77777777">
        <w:tc>
          <w:tcPr>
            <w:tcW w:w="10772" w:type="dxa"/>
          </w:tcPr>
          <w:p w14:paraId="0B9D8809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NOME (SEM ABREVIAR):</w:t>
            </w:r>
          </w:p>
        </w:tc>
      </w:tr>
      <w:tr w:rsidR="007A78AA" w14:paraId="597E1CAD" w14:textId="77777777">
        <w:tc>
          <w:tcPr>
            <w:tcW w:w="10772" w:type="dxa"/>
          </w:tcPr>
          <w:p w14:paraId="6C56D033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PROFISSÃO:</w:t>
            </w:r>
          </w:p>
        </w:tc>
      </w:tr>
      <w:tr w:rsidR="007A78AA" w14:paraId="7F19FB88" w14:textId="77777777">
        <w:tc>
          <w:tcPr>
            <w:tcW w:w="10772" w:type="dxa"/>
          </w:tcPr>
          <w:p w14:paraId="561F0545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TELEFONE:</w:t>
            </w:r>
          </w:p>
        </w:tc>
      </w:tr>
      <w:tr w:rsidR="007A78AA" w14:paraId="2B5F2B66" w14:textId="77777777">
        <w:tc>
          <w:tcPr>
            <w:tcW w:w="10772" w:type="dxa"/>
          </w:tcPr>
          <w:p w14:paraId="22D39DF3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RESIDÊNCIA:</w:t>
            </w:r>
          </w:p>
        </w:tc>
      </w:tr>
      <w:tr w:rsidR="007A78AA" w14:paraId="07331CA2" w14:textId="77777777">
        <w:tc>
          <w:tcPr>
            <w:tcW w:w="10772" w:type="dxa"/>
          </w:tcPr>
          <w:p w14:paraId="7D10C3C3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BAIRRO:</w:t>
            </w:r>
          </w:p>
        </w:tc>
      </w:tr>
      <w:tr w:rsidR="007A78AA" w14:paraId="3D31A203" w14:textId="77777777">
        <w:tc>
          <w:tcPr>
            <w:tcW w:w="10772" w:type="dxa"/>
          </w:tcPr>
          <w:p w14:paraId="4EDE3204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NACIONALIDADE:</w:t>
            </w:r>
          </w:p>
        </w:tc>
      </w:tr>
      <w:tr w:rsidR="007A78AA" w14:paraId="78327ADF" w14:textId="77777777">
        <w:tc>
          <w:tcPr>
            <w:tcW w:w="10772" w:type="dxa"/>
          </w:tcPr>
          <w:p w14:paraId="34212FC5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NATURALIDADE:</w:t>
            </w:r>
          </w:p>
        </w:tc>
      </w:tr>
      <w:tr w:rsidR="007A78AA" w14:paraId="0493E641" w14:textId="77777777">
        <w:tc>
          <w:tcPr>
            <w:tcW w:w="10772" w:type="dxa"/>
          </w:tcPr>
          <w:p w14:paraId="43A0A2D7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CPF:</w:t>
            </w:r>
          </w:p>
        </w:tc>
      </w:tr>
      <w:tr w:rsidR="007A78AA" w14:paraId="29D10831" w14:textId="77777777">
        <w:tc>
          <w:tcPr>
            <w:tcW w:w="10772" w:type="dxa"/>
          </w:tcPr>
          <w:p w14:paraId="38F4FE6A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ESTADO CIVIL:   ☐ Solteiro(a)   ☐ Casado(a)   ☐ Divorciado(a)   ☐ Viúvo(a)</w:t>
            </w:r>
          </w:p>
        </w:tc>
      </w:tr>
      <w:tr w:rsidR="007A78AA" w14:paraId="10865D3A" w14:textId="77777777">
        <w:tc>
          <w:tcPr>
            <w:tcW w:w="10772" w:type="dxa"/>
          </w:tcPr>
          <w:p w14:paraId="533417EA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IDADE:</w:t>
            </w:r>
          </w:p>
        </w:tc>
      </w:tr>
      <w:tr w:rsidR="007A78AA" w14:paraId="308AA724" w14:textId="77777777">
        <w:tc>
          <w:tcPr>
            <w:tcW w:w="10772" w:type="dxa"/>
          </w:tcPr>
          <w:p w14:paraId="0DB33F28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IDENTIDADE:</w:t>
            </w:r>
          </w:p>
        </w:tc>
      </w:tr>
      <w:tr w:rsidR="007A78AA" w14:paraId="37B41EFC" w14:textId="77777777">
        <w:tc>
          <w:tcPr>
            <w:tcW w:w="10772" w:type="dxa"/>
          </w:tcPr>
          <w:p w14:paraId="523AE01A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ÓRGÃO EMISSOR:</w:t>
            </w:r>
          </w:p>
        </w:tc>
      </w:tr>
      <w:tr w:rsidR="007A78AA" w14:paraId="18B75AA1" w14:textId="77777777">
        <w:tc>
          <w:tcPr>
            <w:tcW w:w="10772" w:type="dxa"/>
          </w:tcPr>
          <w:p w14:paraId="141585B6" w14:textId="77777777" w:rsidR="007A78AA" w:rsidRDefault="00000000" w:rsidP="002C6AED">
            <w:pPr>
              <w:spacing w:line="360" w:lineRule="auto"/>
            </w:pPr>
            <w:r>
              <w:rPr>
                <w:sz w:val="17"/>
              </w:rPr>
              <w:t>DATA DE EMISSÃO: ____/____/________</w:t>
            </w:r>
          </w:p>
        </w:tc>
      </w:tr>
      <w:tr w:rsidR="007A78AA" w14:paraId="5E14DAD1" w14:textId="77777777">
        <w:tc>
          <w:tcPr>
            <w:tcW w:w="10772" w:type="dxa"/>
          </w:tcPr>
          <w:p w14:paraId="06164579" w14:textId="77777777" w:rsidR="007A78AA" w:rsidRDefault="00000000" w:rsidP="002C6AED">
            <w:pPr>
              <w:spacing w:line="360" w:lineRule="auto"/>
              <w:rPr>
                <w:sz w:val="17"/>
              </w:rPr>
            </w:pPr>
            <w:r>
              <w:rPr>
                <w:sz w:val="17"/>
              </w:rPr>
              <w:t>ASSINATURA:</w:t>
            </w:r>
          </w:p>
          <w:p w14:paraId="3AA435C9" w14:textId="77777777" w:rsidR="007207EF" w:rsidRDefault="007207EF" w:rsidP="002C6AED">
            <w:pPr>
              <w:spacing w:line="360" w:lineRule="auto"/>
            </w:pPr>
          </w:p>
          <w:p w14:paraId="4D1C9F37" w14:textId="17D62101" w:rsidR="007207EF" w:rsidRDefault="007207EF" w:rsidP="002C6AED">
            <w:pPr>
              <w:spacing w:line="360" w:lineRule="auto"/>
            </w:pPr>
          </w:p>
        </w:tc>
      </w:tr>
    </w:tbl>
    <w:p w14:paraId="46702E16" w14:textId="77777777" w:rsidR="00A751CC" w:rsidRDefault="00A751CC">
      <w:pPr>
        <w:spacing w:after="20"/>
        <w:jc w:val="center"/>
        <w:rPr>
          <w:b/>
          <w:sz w:val="28"/>
        </w:rPr>
      </w:pPr>
    </w:p>
    <w:p w14:paraId="46E01412" w14:textId="77777777" w:rsidR="00A751CC" w:rsidRDefault="00A751CC">
      <w:pPr>
        <w:spacing w:after="20"/>
        <w:jc w:val="center"/>
        <w:rPr>
          <w:b/>
          <w:sz w:val="28"/>
        </w:rPr>
      </w:pPr>
    </w:p>
    <w:p w14:paraId="3D378230" w14:textId="77777777" w:rsidR="00A751CC" w:rsidRDefault="00A751CC">
      <w:pPr>
        <w:spacing w:after="20"/>
        <w:jc w:val="center"/>
        <w:rPr>
          <w:b/>
          <w:sz w:val="28"/>
        </w:rPr>
      </w:pPr>
    </w:p>
    <w:p w14:paraId="766DB0FE" w14:textId="77777777" w:rsidR="00A751CC" w:rsidRDefault="00A751CC">
      <w:pPr>
        <w:spacing w:after="20"/>
        <w:jc w:val="center"/>
        <w:rPr>
          <w:b/>
          <w:sz w:val="28"/>
        </w:rPr>
      </w:pPr>
    </w:p>
    <w:p w14:paraId="59010FB8" w14:textId="77777777" w:rsidR="00A751CC" w:rsidRDefault="00A751CC">
      <w:pPr>
        <w:spacing w:after="20"/>
        <w:jc w:val="center"/>
        <w:rPr>
          <w:b/>
          <w:sz w:val="28"/>
        </w:rPr>
      </w:pPr>
    </w:p>
    <w:p w14:paraId="57160818" w14:textId="77777777" w:rsidR="00A751CC" w:rsidRDefault="00A751CC">
      <w:pPr>
        <w:spacing w:after="20"/>
        <w:jc w:val="center"/>
        <w:rPr>
          <w:b/>
          <w:sz w:val="28"/>
        </w:rPr>
      </w:pPr>
    </w:p>
    <w:p w14:paraId="7EF3BDD5" w14:textId="77777777" w:rsidR="00A751CC" w:rsidRDefault="00A751CC">
      <w:pPr>
        <w:spacing w:after="20"/>
        <w:jc w:val="center"/>
        <w:rPr>
          <w:b/>
          <w:sz w:val="28"/>
        </w:rPr>
      </w:pPr>
    </w:p>
    <w:p w14:paraId="45ACBE7F" w14:textId="77777777" w:rsidR="00A751CC" w:rsidRDefault="00A751CC">
      <w:pPr>
        <w:spacing w:after="20"/>
        <w:jc w:val="center"/>
        <w:rPr>
          <w:b/>
          <w:sz w:val="28"/>
        </w:rPr>
      </w:pPr>
    </w:p>
    <w:p w14:paraId="2D653267" w14:textId="77777777" w:rsidR="00A751CC" w:rsidRDefault="00A751CC">
      <w:pPr>
        <w:spacing w:after="20"/>
        <w:jc w:val="center"/>
        <w:rPr>
          <w:b/>
          <w:sz w:val="28"/>
        </w:rPr>
      </w:pPr>
    </w:p>
    <w:p w14:paraId="4DA03305" w14:textId="77777777" w:rsidR="00A751CC" w:rsidRDefault="00A751CC">
      <w:pPr>
        <w:spacing w:after="20"/>
        <w:jc w:val="center"/>
        <w:rPr>
          <w:b/>
          <w:sz w:val="28"/>
        </w:rPr>
      </w:pPr>
    </w:p>
    <w:p w14:paraId="3C85D8D0" w14:textId="77777777" w:rsidR="00A751CC" w:rsidRDefault="00A751CC">
      <w:pPr>
        <w:spacing w:after="20"/>
        <w:jc w:val="center"/>
        <w:rPr>
          <w:b/>
          <w:sz w:val="28"/>
        </w:rPr>
      </w:pPr>
    </w:p>
    <w:p w14:paraId="7D9AEA4A" w14:textId="77777777" w:rsidR="00A751CC" w:rsidRDefault="00A751CC">
      <w:pPr>
        <w:spacing w:after="20"/>
        <w:jc w:val="center"/>
        <w:rPr>
          <w:b/>
          <w:sz w:val="28"/>
        </w:rPr>
      </w:pPr>
    </w:p>
    <w:p w14:paraId="181D0412" w14:textId="77777777" w:rsidR="00A751CC" w:rsidRDefault="00A751CC">
      <w:pPr>
        <w:spacing w:after="20"/>
        <w:jc w:val="center"/>
        <w:rPr>
          <w:b/>
          <w:sz w:val="28"/>
        </w:rPr>
      </w:pPr>
    </w:p>
    <w:p w14:paraId="51C742AB" w14:textId="77777777" w:rsidR="00A751CC" w:rsidRDefault="00A751CC">
      <w:pPr>
        <w:spacing w:after="20"/>
        <w:jc w:val="center"/>
        <w:rPr>
          <w:b/>
          <w:sz w:val="28"/>
        </w:rPr>
      </w:pPr>
    </w:p>
    <w:p w14:paraId="3F008283" w14:textId="77777777" w:rsidR="00A751CC" w:rsidRDefault="00A751CC">
      <w:pPr>
        <w:spacing w:after="20"/>
        <w:jc w:val="center"/>
        <w:rPr>
          <w:b/>
          <w:sz w:val="28"/>
        </w:rPr>
      </w:pPr>
    </w:p>
    <w:p w14:paraId="12D8B468" w14:textId="64557F46" w:rsidR="007A78AA" w:rsidRDefault="00000000">
      <w:pPr>
        <w:spacing w:after="20"/>
        <w:jc w:val="center"/>
      </w:pPr>
      <w:r>
        <w:rPr>
          <w:b/>
          <w:sz w:val="28"/>
        </w:rPr>
        <w:t>TERMO DE OPÇÃO PELO REGIME DA COMUNHÃO PARCIAL DE BENS</w:t>
      </w:r>
    </w:p>
    <w:p w14:paraId="1E8DAA43" w14:textId="77777777" w:rsidR="007A78AA" w:rsidRDefault="00000000">
      <w:pPr>
        <w:spacing w:after="100"/>
        <w:jc w:val="center"/>
        <w:rPr>
          <w:b/>
        </w:rPr>
      </w:pPr>
      <w:r>
        <w:rPr>
          <w:b/>
        </w:rPr>
        <w:t>Parágrafo único do art. 1.640 da Lei nº 10.406/2002 – Código Civil</w:t>
      </w:r>
    </w:p>
    <w:p w14:paraId="7012E1AA" w14:textId="77777777" w:rsidR="005C09B1" w:rsidRDefault="005C09B1">
      <w:pPr>
        <w:spacing w:after="100"/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68"/>
        <w:gridCol w:w="2643"/>
        <w:gridCol w:w="2666"/>
        <w:gridCol w:w="2642"/>
      </w:tblGrid>
      <w:tr w:rsidR="007A78AA" w14:paraId="3F38C411" w14:textId="77777777">
        <w:trPr>
          <w:trHeight w:val="420"/>
        </w:trPr>
        <w:tc>
          <w:tcPr>
            <w:tcW w:w="10772" w:type="dxa"/>
            <w:gridSpan w:val="4"/>
            <w:shd w:val="clear" w:color="auto" w:fill="E7E7E7"/>
          </w:tcPr>
          <w:p w14:paraId="3BC993D2" w14:textId="77777777" w:rsidR="007A78AA" w:rsidRDefault="00000000">
            <w:r>
              <w:rPr>
                <w:b/>
              </w:rPr>
              <w:t>DECLARAÇÃO E OPÇÃO</w:t>
            </w:r>
          </w:p>
        </w:tc>
      </w:tr>
      <w:tr w:rsidR="007A78AA" w14:paraId="02D2A8D3" w14:textId="77777777">
        <w:trPr>
          <w:trHeight w:val="650"/>
        </w:trPr>
        <w:tc>
          <w:tcPr>
            <w:tcW w:w="10772" w:type="dxa"/>
            <w:gridSpan w:val="4"/>
          </w:tcPr>
          <w:p w14:paraId="7FC6A5C6" w14:textId="77777777" w:rsidR="007A78AA" w:rsidRDefault="00000000">
            <w:r>
              <w:rPr>
                <w:sz w:val="17"/>
              </w:rPr>
              <w:t>Os nubentes abaixo assinados, com base no parágrafo único do artigo 1.640 do Código Civil Brasileiro em vigor, optam pelo Regime da Comunhão Parcial de Bens e firmam o presente termo, cientes de que a escolha de outro regime somente poderia ser feita mediante escritura pública.</w:t>
            </w:r>
          </w:p>
        </w:tc>
      </w:tr>
      <w:tr w:rsidR="007A78AA" w14:paraId="247D6D63" w14:textId="77777777">
        <w:trPr>
          <w:trHeight w:val="420"/>
        </w:trPr>
        <w:tc>
          <w:tcPr>
            <w:tcW w:w="10772" w:type="dxa"/>
            <w:gridSpan w:val="4"/>
            <w:shd w:val="clear" w:color="auto" w:fill="E7E7E7"/>
          </w:tcPr>
          <w:p w14:paraId="66A35EEC" w14:textId="77777777" w:rsidR="007A78AA" w:rsidRDefault="00000000">
            <w:r>
              <w:rPr>
                <w:b/>
              </w:rPr>
              <w:t>CIÊNCIA SOBRE O REGIME</w:t>
            </w:r>
          </w:p>
        </w:tc>
      </w:tr>
      <w:tr w:rsidR="007A78AA" w14:paraId="21814B85" w14:textId="77777777">
        <w:trPr>
          <w:trHeight w:val="650"/>
        </w:trPr>
        <w:tc>
          <w:tcPr>
            <w:tcW w:w="10772" w:type="dxa"/>
            <w:gridSpan w:val="4"/>
          </w:tcPr>
          <w:p w14:paraId="7ADA3DC9" w14:textId="77777777" w:rsidR="007A78AA" w:rsidRDefault="00000000">
            <w:r>
              <w:rPr>
                <w:sz w:val="17"/>
              </w:rPr>
              <w:t>• Declaram ainda estar cientes de que, no regime da comunhão parcial, comunicam-se os bens adquiridos pelo casal na constância do casamento e ficam excluídos os bens havidos anteriormente;</w:t>
            </w:r>
          </w:p>
        </w:tc>
      </w:tr>
      <w:tr w:rsidR="007A78AA" w14:paraId="0A4C69B1" w14:textId="77777777">
        <w:trPr>
          <w:trHeight w:val="650"/>
        </w:trPr>
        <w:tc>
          <w:tcPr>
            <w:tcW w:w="10772" w:type="dxa"/>
            <w:gridSpan w:val="4"/>
          </w:tcPr>
          <w:p w14:paraId="783AFEC3" w14:textId="77777777" w:rsidR="007A78AA" w:rsidRDefault="00000000">
            <w:r>
              <w:rPr>
                <w:sz w:val="17"/>
              </w:rPr>
              <w:t>• Os bens recebidos por herança ou doação, ainda que na constância do casamento, pertencerão exclusivamente a quem os receber;</w:t>
            </w:r>
          </w:p>
        </w:tc>
      </w:tr>
      <w:tr w:rsidR="007A78AA" w14:paraId="2186486A" w14:textId="77777777">
        <w:trPr>
          <w:trHeight w:val="650"/>
        </w:trPr>
        <w:tc>
          <w:tcPr>
            <w:tcW w:w="10772" w:type="dxa"/>
            <w:gridSpan w:val="4"/>
          </w:tcPr>
          <w:p w14:paraId="307F5FAD" w14:textId="77777777" w:rsidR="007A78AA" w:rsidRDefault="00000000">
            <w:r>
              <w:rPr>
                <w:sz w:val="17"/>
              </w:rPr>
              <w:t>• Os bens adquiridos com a receita proveniente da venda de bens anteriores ao casamento ou recebidos por herança também não constituem patrimônio do casal;</w:t>
            </w:r>
          </w:p>
        </w:tc>
      </w:tr>
      <w:tr w:rsidR="007A78AA" w14:paraId="644E4FEB" w14:textId="77777777">
        <w:trPr>
          <w:trHeight w:val="650"/>
        </w:trPr>
        <w:tc>
          <w:tcPr>
            <w:tcW w:w="10772" w:type="dxa"/>
            <w:gridSpan w:val="4"/>
          </w:tcPr>
          <w:p w14:paraId="3794D8CF" w14:textId="77777777" w:rsidR="007A78AA" w:rsidRDefault="00000000">
            <w:r>
              <w:rPr>
                <w:sz w:val="17"/>
              </w:rPr>
              <w:t>• As obrigações e dívidas anteriores ao casamento ou as contraídas para a administração dos bens exclusivos de cada cônjuge serão de responsabilidade pessoal e exclusiva de cada um.</w:t>
            </w:r>
          </w:p>
        </w:tc>
      </w:tr>
      <w:tr w:rsidR="007A78AA" w14:paraId="23EDFA1D" w14:textId="77777777">
        <w:trPr>
          <w:trHeight w:val="650"/>
        </w:trPr>
        <w:tc>
          <w:tcPr>
            <w:tcW w:w="10772" w:type="dxa"/>
            <w:gridSpan w:val="4"/>
          </w:tcPr>
          <w:p w14:paraId="2B5CD898" w14:textId="77777777" w:rsidR="007A78AA" w:rsidRDefault="00000000">
            <w:r>
              <w:rPr>
                <w:sz w:val="17"/>
              </w:rPr>
              <w:t>• Estando assim, perfeitamente cientes das regras legais que regem o regime da comunhão parcial de bens, manifestam livremente sua opção pelo mesmo, reduzida sua manifestação a termo como determina o Código Civil.</w:t>
            </w:r>
          </w:p>
        </w:tc>
      </w:tr>
      <w:tr w:rsidR="007A78AA" w14:paraId="69DE77CE" w14:textId="77777777">
        <w:trPr>
          <w:trHeight w:val="420"/>
        </w:trPr>
        <w:tc>
          <w:tcPr>
            <w:tcW w:w="10772" w:type="dxa"/>
            <w:gridSpan w:val="4"/>
            <w:shd w:val="clear" w:color="auto" w:fill="E7E7E7"/>
          </w:tcPr>
          <w:p w14:paraId="7BA0FB88" w14:textId="77777777" w:rsidR="007A78AA" w:rsidRDefault="00000000">
            <w:r>
              <w:rPr>
                <w:b/>
              </w:rPr>
              <w:t>LAVRATURA DO TERMO</w:t>
            </w:r>
          </w:p>
        </w:tc>
      </w:tr>
      <w:tr w:rsidR="007A78AA" w14:paraId="21B0598D" w14:textId="77777777">
        <w:trPr>
          <w:trHeight w:val="850"/>
        </w:trPr>
        <w:tc>
          <w:tcPr>
            <w:tcW w:w="10772" w:type="dxa"/>
            <w:gridSpan w:val="4"/>
          </w:tcPr>
          <w:p w14:paraId="0C49A8DE" w14:textId="77777777" w:rsidR="000A5993" w:rsidRDefault="000A5993">
            <w:pPr>
              <w:rPr>
                <w:sz w:val="17"/>
              </w:rPr>
            </w:pPr>
          </w:p>
          <w:p w14:paraId="16A70D27" w14:textId="2278B878" w:rsidR="007A78AA" w:rsidRDefault="00000000">
            <w:r>
              <w:rPr>
                <w:sz w:val="17"/>
              </w:rPr>
              <w:t>Eu, ________________________________________, Oficial(a) do Registro Civil das Pessoas Naturais do Distrito de Saué, Tamandaré/PE, lavrei o presente termo, devidamente lido, conferido e assinado pelos nubentes e por mim subscrito, para que produza seus legais efeitos.</w:t>
            </w:r>
          </w:p>
        </w:tc>
      </w:tr>
      <w:tr w:rsidR="007A78AA" w14:paraId="0AC0AAEC" w14:textId="77777777">
        <w:trPr>
          <w:trHeight w:val="800"/>
        </w:trPr>
        <w:tc>
          <w:tcPr>
            <w:tcW w:w="10772" w:type="dxa"/>
            <w:gridSpan w:val="4"/>
          </w:tcPr>
          <w:p w14:paraId="7AD5D6C2" w14:textId="77777777" w:rsidR="000A5993" w:rsidRDefault="000A5993">
            <w:pPr>
              <w:rPr>
                <w:sz w:val="17"/>
              </w:rPr>
            </w:pPr>
          </w:p>
          <w:p w14:paraId="2FCB39E4" w14:textId="77777777" w:rsidR="000A5993" w:rsidRDefault="000A5993">
            <w:pPr>
              <w:rPr>
                <w:sz w:val="17"/>
              </w:rPr>
            </w:pPr>
          </w:p>
          <w:p w14:paraId="05683B89" w14:textId="789CBB52" w:rsidR="007A78AA" w:rsidRDefault="00000000">
            <w:r>
              <w:rPr>
                <w:sz w:val="17"/>
              </w:rPr>
              <w:t>Tamandaré/PE, ______ de ______________________________ de ________.</w:t>
            </w:r>
          </w:p>
        </w:tc>
      </w:tr>
      <w:tr w:rsidR="007A78AA" w14:paraId="102A2F7D" w14:textId="77777777" w:rsidTr="000A5993">
        <w:trPr>
          <w:trHeight w:val="800"/>
        </w:trPr>
        <w:tc>
          <w:tcPr>
            <w:tcW w:w="2693" w:type="dxa"/>
            <w:tcBorders>
              <w:right w:val="nil"/>
            </w:tcBorders>
          </w:tcPr>
          <w:p w14:paraId="1C69E366" w14:textId="77777777" w:rsidR="007A78AA" w:rsidRDefault="00000000">
            <w:r>
              <w:rPr>
                <w:sz w:val="17"/>
              </w:rPr>
              <w:t>ASSINATURA DO NUBENTE:</w:t>
            </w:r>
          </w:p>
        </w:tc>
        <w:tc>
          <w:tcPr>
            <w:tcW w:w="2693" w:type="dxa"/>
            <w:tcBorders>
              <w:left w:val="nil"/>
            </w:tcBorders>
          </w:tcPr>
          <w:p w14:paraId="2545745B" w14:textId="77777777" w:rsidR="007A78AA" w:rsidRDefault="007A78AA"/>
        </w:tc>
        <w:tc>
          <w:tcPr>
            <w:tcW w:w="2693" w:type="dxa"/>
            <w:tcBorders>
              <w:bottom w:val="single" w:sz="4" w:space="0" w:color="auto"/>
              <w:right w:val="nil"/>
            </w:tcBorders>
          </w:tcPr>
          <w:p w14:paraId="748D98A7" w14:textId="77777777" w:rsidR="007A78AA" w:rsidRDefault="00000000">
            <w:r>
              <w:rPr>
                <w:sz w:val="17"/>
              </w:rPr>
              <w:t>ASSINATURA DA NUBENTE: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</w:tcBorders>
          </w:tcPr>
          <w:p w14:paraId="77263773" w14:textId="77777777" w:rsidR="007A78AA" w:rsidRDefault="007A78AA"/>
        </w:tc>
      </w:tr>
      <w:tr w:rsidR="007A78AA" w14:paraId="5B4C7C1D" w14:textId="77777777" w:rsidTr="000A5993">
        <w:trPr>
          <w:trHeight w:val="800"/>
        </w:trPr>
        <w:tc>
          <w:tcPr>
            <w:tcW w:w="5386" w:type="dxa"/>
            <w:gridSpan w:val="2"/>
            <w:tcBorders>
              <w:right w:val="nil"/>
            </w:tcBorders>
          </w:tcPr>
          <w:p w14:paraId="3D6C99DD" w14:textId="77777777" w:rsidR="007A78AA" w:rsidRDefault="00000000">
            <w:r>
              <w:rPr>
                <w:sz w:val="17"/>
              </w:rPr>
              <w:t>ASSINATURA DO(A) TABELIÃO(Ã) / OFICIAL(A):</w:t>
            </w:r>
          </w:p>
        </w:tc>
        <w:tc>
          <w:tcPr>
            <w:tcW w:w="5386" w:type="dxa"/>
            <w:gridSpan w:val="2"/>
            <w:tcBorders>
              <w:left w:val="nil"/>
            </w:tcBorders>
          </w:tcPr>
          <w:p w14:paraId="0A5789C2" w14:textId="77777777" w:rsidR="007A78AA" w:rsidRDefault="007A78AA"/>
        </w:tc>
      </w:tr>
    </w:tbl>
    <w:p w14:paraId="52763B28" w14:textId="77777777" w:rsidR="00C125CD" w:rsidRDefault="00C125CD"/>
    <w:sectPr w:rsidR="00C125CD" w:rsidSect="005F5AA7">
      <w:pgSz w:w="12246" w:h="20183"/>
      <w:pgMar w:top="1860" w:right="709" w:bottom="53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9135211">
    <w:abstractNumId w:val="8"/>
  </w:num>
  <w:num w:numId="2" w16cid:durableId="1614052120">
    <w:abstractNumId w:val="6"/>
  </w:num>
  <w:num w:numId="3" w16cid:durableId="1013534409">
    <w:abstractNumId w:val="5"/>
  </w:num>
  <w:num w:numId="4" w16cid:durableId="1346520690">
    <w:abstractNumId w:val="4"/>
  </w:num>
  <w:num w:numId="5" w16cid:durableId="250167034">
    <w:abstractNumId w:val="7"/>
  </w:num>
  <w:num w:numId="6" w16cid:durableId="908032188">
    <w:abstractNumId w:val="3"/>
  </w:num>
  <w:num w:numId="7" w16cid:durableId="1640038536">
    <w:abstractNumId w:val="2"/>
  </w:num>
  <w:num w:numId="8" w16cid:durableId="828130036">
    <w:abstractNumId w:val="1"/>
  </w:num>
  <w:num w:numId="9" w16cid:durableId="88398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993"/>
    <w:rsid w:val="0015074B"/>
    <w:rsid w:val="0029639D"/>
    <w:rsid w:val="002C6AED"/>
    <w:rsid w:val="00326F90"/>
    <w:rsid w:val="00422D19"/>
    <w:rsid w:val="005C09B1"/>
    <w:rsid w:val="005F5AA7"/>
    <w:rsid w:val="007207EF"/>
    <w:rsid w:val="007A78AA"/>
    <w:rsid w:val="00864E9E"/>
    <w:rsid w:val="00A751CC"/>
    <w:rsid w:val="00AA1D8D"/>
    <w:rsid w:val="00B47730"/>
    <w:rsid w:val="00C125C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72F8A35-B37B-4520-A7F3-B8FF9FD4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394</Words>
  <Characters>2246</Characters>
  <Application>Microsoft Office Word</Application>
  <DocSecurity>0</DocSecurity>
  <Lines>102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isa moura</cp:lastModifiedBy>
  <cp:revision>8</cp:revision>
  <cp:lastPrinted>2026-09-01T16:11:00Z</cp:lastPrinted>
  <dcterms:created xsi:type="dcterms:W3CDTF">2013-12-23T23:15:00Z</dcterms:created>
  <dcterms:modified xsi:type="dcterms:W3CDTF">2026-09-01T16:19:00Z</dcterms:modified>
  <cp:category/>
</cp:coreProperties>
</file>